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Past-Due Invoice Demand Letter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A fillable, civil demand for a past-due invoice, with the invoice number, the PO number, an itemized amount, a firm pay-by date, a reconciliation request, and a sample of state small claims limits</w:t>
      </w:r>
    </w:p>
    <w:p>
      <w:pPr>
        <w:spacing w:after="80"/>
      </w:pPr>
      <w:r>
        <w:rPr>
          <w:b w:val="0"/>
          <w:color w:val="111111"/>
          <w:sz w:val="22"/>
        </w:rPr>
        <w:t>Use this letter when a client owes you a specific amount on a finished invoice and the informal reminders have run dry. Fill in the invoice number and date, the purchase order number if there was one, the exact amount, and a firm calendar date to pay by. Keep the tone factual, deliver it a way that leaves proof, and save a copy with the original invoice. Full walkthrough, the escalation ladder, state small claims limits, and official sources: clearlegaltips.com/unpaid-invoice-demand-letter/</w:t>
      </w:r>
    </w:p>
    <w:p>
      <w:r>
        <w:rPr>
          <w:b/>
          <w:color w:val="1C2B4A"/>
          <w:sz w:val="27"/>
        </w:rPr>
        <w:t>DEMAND FOR PAYMENT (PAST-DUE INVOICE)</w:t>
      </w:r>
    </w:p>
    <w:p>
      <w:pPr>
        <w:spacing w:before="220"/>
      </w:pPr>
      <w:r>
        <w:rPr>
          <w:b/>
          <w:color w:val="1C2B4A"/>
          <w:sz w:val="27"/>
        </w:rPr>
        <w:t>1. Parties &amp; Remittance</w:t>
      </w:r>
    </w:p>
    <w:p>
      <w:r>
        <w:rPr>
          <w:b/>
          <w:color w:val="111111"/>
          <w:sz w:val="22"/>
        </w:rPr>
        <w:t xml:space="preserve">Date of this letter: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 (client legal name; the business entity, plus accounts-payable contact if known):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Client mailing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From (your name, business name, address, phone, email, and where to remit payment):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Invoice Details</w:t>
      </w:r>
    </w:p>
    <w:p>
      <w:r>
        <w:rPr>
          <w:b/>
          <w:color w:val="111111"/>
          <w:sz w:val="22"/>
        </w:rPr>
        <w:t xml:space="preserve">Invoice number: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Invoice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Purchase order (PO) number, if the client issued one: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Original due date / payment terms (for example, net-30):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What the invoice covered (services, deliverables, project):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Amount Demanded</w:t>
      </w:r>
    </w:p>
    <w:p>
      <w:r>
        <w:rPr>
          <w:b/>
          <w:color w:val="111111"/>
          <w:sz w:val="22"/>
        </w:rPr>
        <w:t xml:space="preserve">Principal amount past due ($):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Late fee or interest, only if written into your contract or invoice terms ($):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Total amount now demanded ($, itemized):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Reconciliation Request</w:t>
      </w:r>
    </w:p>
    <w:p>
      <w:pPr>
        <w:spacing w:after="80"/>
      </w:pPr>
      <w:r>
        <w:rPr>
          <w:b w:val="0"/>
          <w:color w:val="111111"/>
          <w:sz w:val="22"/>
        </w:rPr>
        <w:t>Ask the client to match this against their accounts-payable records, for example: Please reconcile this invoice against your records. If you show a payment, a partial payment, or a dispute, contact me by the date below with the details so we can resolve it.</w:t>
      </w:r>
    </w:p>
    <w:p>
      <w:r>
        <w:rPr>
          <w:b/>
          <w:color w:val="111111"/>
          <w:sz w:val="22"/>
        </w:rPr>
        <w:t xml:space="preserve">Your reconciliation sentence and the date to reply by: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Deadline</w:t>
      </w:r>
    </w:p>
    <w:p>
      <w:r>
        <w:rPr>
          <w:b/>
          <w:color w:val="111111"/>
          <w:sz w:val="22"/>
        </w:rPr>
        <w:t xml:space="preserve">Please pay by (specific calendar date, not a day count):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How To Pay</w:t>
      </w:r>
    </w:p>
    <w:p>
      <w:r>
        <w:rPr>
          <w:b/>
          <w:color w:val="111111"/>
          <w:sz w:val="22"/>
        </w:rPr>
        <w:t xml:space="preserve">Accepted payment methods and where to send payment (online, check to address, ACH, other):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7. Consequence Statement</w:t>
      </w:r>
    </w:p>
    <w:p>
      <w:pPr>
        <w:spacing w:after="80"/>
      </w:pPr>
      <w:r>
        <w:rPr>
          <w:b w:val="0"/>
          <w:color w:val="111111"/>
          <w:sz w:val="22"/>
        </w:rPr>
        <w:t>State one calm line naming the next step, for example: If payment is not received by the date above, I intend to pursue this claim in small claims court, where I may also seek allowable court costs. Keep it a statement of your next step, not a threat, and confirm the amount is within your state's small claims limit before you name that court.</w:t>
      </w:r>
    </w:p>
    <w:p>
      <w:r>
        <w:rPr>
          <w:b/>
          <w:color w:val="111111"/>
          <w:sz w:val="22"/>
        </w:rPr>
        <w:t xml:space="preserve">Your consequence sentence: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8. Enclosures (check what you attach)</w:t>
      </w:r>
    </w:p>
    <w:p>
      <w:pPr>
        <w:ind w:left="216"/>
      </w:pPr>
      <w:r>
        <w:rPr>
          <w:b w:val="0"/>
          <w:color w:val="111111"/>
          <w:sz w:val="22"/>
        </w:rPr>
        <w:t>☐  Copy of the past-due invoice</w:t>
      </w:r>
    </w:p>
    <w:p>
      <w:pPr>
        <w:ind w:left="216"/>
      </w:pPr>
      <w:r>
        <w:rPr>
          <w:b w:val="0"/>
          <w:color w:val="111111"/>
          <w:sz w:val="22"/>
        </w:rPr>
        <w:t>☐  Copy of the contract, statement of work, or independent contractor agreement</w:t>
      </w:r>
    </w:p>
    <w:p>
      <w:pPr>
        <w:ind w:left="216"/>
      </w:pPr>
      <w:r>
        <w:rPr>
          <w:b w:val="0"/>
          <w:color w:val="111111"/>
          <w:sz w:val="22"/>
        </w:rPr>
        <w:t>☐  Proof of delivery or the client's sign-off on the work</w:t>
      </w:r>
    </w:p>
    <w:p>
      <w:pPr>
        <w:ind w:left="216"/>
      </w:pPr>
      <w:r>
        <w:rPr>
          <w:b w:val="0"/>
          <w:color w:val="111111"/>
          <w:sz w:val="22"/>
        </w:rPr>
        <w:t>☐  Copies of prior reminders or messages</w:t>
      </w:r>
    </w:p>
    <w:p>
      <w:pPr>
        <w:spacing w:before="220"/>
      </w:pPr>
      <w:r>
        <w:rPr>
          <w:b/>
          <w:color w:val="1C2B4A"/>
          <w:sz w:val="27"/>
        </w:rPr>
        <w:t>9. Signature</w:t>
      </w:r>
    </w:p>
    <w:p>
      <w:r>
        <w:rPr>
          <w:b/>
          <w:color w:val="111111"/>
          <w:sz w:val="22"/>
        </w:rPr>
        <w:t xml:space="preserve">Signature of sender, printed name, and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10. Delivery Record (check the method used)</w:t>
      </w:r>
    </w:p>
    <w:p>
      <w:pPr>
        <w:ind w:left="216"/>
      </w:pPr>
      <w:r>
        <w:rPr>
          <w:b w:val="0"/>
          <w:color w:val="111111"/>
          <w:sz w:val="22"/>
        </w:rPr>
        <w:t>☐  USPS Certified Mail with a dated delivery record (proof of sending and delivery)</w:t>
      </w:r>
    </w:p>
    <w:p>
      <w:pPr>
        <w:ind w:left="216"/>
      </w:pPr>
      <w:r>
        <w:rPr>
          <w:b w:val="0"/>
          <w:color w:val="111111"/>
          <w:sz w:val="22"/>
        </w:rPr>
        <w:t>☐  Emailed to the client the same day</w:t>
      </w:r>
    </w:p>
    <w:p>
      <w:pPr>
        <w:ind w:left="216"/>
      </w:pPr>
      <w:r>
        <w:rPr>
          <w:b w:val="0"/>
          <w:color w:val="111111"/>
          <w:sz w:val="22"/>
        </w:rPr>
        <w:t>☐  Hand-delivered on the date noted above</w:t>
      </w:r>
    </w:p>
    <w:p/>
    <w:p>
      <w:r>
        <w:rPr>
          <w:b/>
          <w:color w:val="111111"/>
          <w:sz w:val="22"/>
        </w:rPr>
        <w:t>SMALL CLAIMS LIMITS: SAMPLE STATES (VERIFIED JULY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1C2B4A"/>
          </w:tcPr>
          <w:p>
            <w:r>
              <w:rPr>
                <w:b/>
                <w:color w:val="FFFFFF"/>
                <w:sz w:val="20"/>
              </w:rPr>
              <w:t>State</w:t>
            </w:r>
          </w:p>
        </w:tc>
        <w:tc>
          <w:tcPr>
            <w:tcW w:type="dxa" w:w="4320"/>
            <w:shd w:val="clear" w:fill="1C2B4A"/>
          </w:tcPr>
          <w:p>
            <w:r>
              <w:rPr>
                <w:b/>
                <w:color w:val="FFFFFF"/>
                <w:sz w:val="20"/>
              </w:rPr>
              <w:t>Limit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California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$12,500 individuals; $6,250 businesses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Texas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$20,000 including attorney's fees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New York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$10,000 NYC; $5,000 Nassau/Suffolk &amp; city courts; $3,000 town &amp; village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Florida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$8,000 excluding costs, interest &amp; fees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Washington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$10,000 when brought by an individual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This form is general information, not legal advice. A demand letter carries no legal force on its own; its value is the fair, dated chance it gives the client and the record it leaves for a court. Demand the amount you are actually owed, add a late fee only if your contract created one, name a firm calendar date, and deliver it a way that proves it arrived, then keep a copy with the invoice. Watch your statute of limitations: every state caps how long you have to sue on a debt, and once it passes the court will not hear the case. If the letter is ignored, the usual next steps are a firmer final notice and then a small claims filing within your state's limit. Full guide and official sources: clearlegaltips.com/unpaid-invoice-demand-letter/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