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Equipment Rental Agreement</w:t>
      </w:r>
    </w:p>
    <w:p>
      <w:pPr>
        <w:spacing w:after="200"/>
        <w:pBdr>
          <w:bottom w:val="single" w:sz="12" w:space="2" w:color="C9A23A"/>
        </w:pBdr>
      </w:pPr>
      <w:r>
        <w:rPr>
          <w:b/>
          <w:color w:val="1C2B4A"/>
          <w:sz w:val="26"/>
        </w:rPr>
        <w:t>A fillable one-page rental contract for tools, machines, and gear</w:t>
      </w:r>
    </w:p>
    <w:p>
      <w:pPr>
        <w:spacing w:after="80"/>
      </w:pPr>
      <w:r>
        <w:rPr>
          <w:b w:val="0"/>
          <w:color w:val="111111"/>
          <w:sz w:val="22"/>
        </w:rPr>
        <w:t>Use this one-page agreement for a short-term or low-value equipment rental between two parties. Fill in every bracket, attach photos of the equipment at pickup, and have both sides sign. Full walkthrough, clause explanations, and official sources: clearlegaltips.com/simple-equipment-rental-agreement-template/</w:t>
      </w:r>
    </w:p>
    <w:p>
      <w:pPr>
        <w:spacing w:before="220"/>
      </w:pPr>
      <w:r>
        <w:rPr>
          <w:b/>
          <w:color w:val="1C2B4A"/>
          <w:sz w:val="27"/>
        </w:rPr>
        <w:t>EQUIPMENT RENTAL AGREEMENT</w:t>
      </w:r>
    </w:p>
    <w:p>
      <w:pPr>
        <w:spacing w:after="80"/>
      </w:pPr>
      <w:r>
        <w:rPr>
          <w:b w:val="0"/>
          <w:color w:val="111111"/>
          <w:sz w:val="22"/>
        </w:rPr>
        <w:t>This Equipment Rental Agreement ("Agreement") is made on the date below between the Owner and the Renter identified in Section 1. The Owner keeps ownership of the Equipment; the Renter takes possession for the rental term.</w:t>
      </w:r>
    </w:p>
    <w:p>
      <w:pPr>
        <w:spacing w:before="220"/>
      </w:pPr>
      <w:r>
        <w:rPr>
          <w:b/>
          <w:color w:val="1C2B4A"/>
          <w:sz w:val="27"/>
        </w:rPr>
        <w:t>1. Parties</w:t>
      </w:r>
    </w:p>
    <w:p>
      <w:r>
        <w:rPr>
          <w:b/>
          <w:color w:val="111111"/>
          <w:sz w:val="22"/>
        </w:rPr>
        <w:t xml:space="preserve">Owner (full legal name):  </w:t>
      </w:r>
      <w:r>
        <w:rPr>
          <w:b w:val="0"/>
          <w:color w:val="111111"/>
          <w:sz w:val="22"/>
        </w:rPr>
        <w:t>________________________________________</w:t>
      </w:r>
    </w:p>
    <w:p>
      <w:r>
        <w:rPr>
          <w:b/>
          <w:color w:val="111111"/>
          <w:sz w:val="22"/>
        </w:rPr>
        <w:t xml:space="preserve">Owner address:  </w:t>
      </w:r>
      <w:r>
        <w:rPr>
          <w:b w:val="0"/>
          <w:color w:val="111111"/>
          <w:sz w:val="22"/>
        </w:rPr>
        <w:t>________________________________________</w:t>
      </w:r>
    </w:p>
    <w:p>
      <w:r>
        <w:rPr>
          <w:b/>
          <w:color w:val="111111"/>
          <w:sz w:val="22"/>
        </w:rPr>
        <w:t xml:space="preserve">Renter (full legal name):  </w:t>
      </w:r>
      <w:r>
        <w:rPr>
          <w:b w:val="0"/>
          <w:color w:val="111111"/>
          <w:sz w:val="22"/>
        </w:rPr>
        <w:t>________________________________________</w:t>
      </w:r>
    </w:p>
    <w:p>
      <w:r>
        <w:rPr>
          <w:b/>
          <w:color w:val="111111"/>
          <w:sz w:val="22"/>
        </w:rPr>
        <w:t xml:space="preserve">Renter address:  </w:t>
      </w:r>
      <w:r>
        <w:rPr>
          <w:b w:val="0"/>
          <w:color w:val="111111"/>
          <w:sz w:val="22"/>
        </w:rPr>
        <w:t>________________________________________</w:t>
      </w:r>
    </w:p>
    <w:p>
      <w:r>
        <w:rPr>
          <w:b/>
          <w:color w:val="111111"/>
          <w:sz w:val="22"/>
        </w:rPr>
        <w:t xml:space="preserve">Agreement date:  </w:t>
      </w:r>
      <w:r>
        <w:rPr>
          <w:b w:val="0"/>
          <w:color w:val="111111"/>
          <w:sz w:val="22"/>
        </w:rPr>
        <w:t>________________________________________</w:t>
      </w:r>
    </w:p>
    <w:p>
      <w:pPr>
        <w:spacing w:before="220"/>
      </w:pPr>
      <w:r>
        <w:rPr>
          <w:b/>
          <w:color w:val="1C2B4A"/>
          <w:sz w:val="27"/>
        </w:rPr>
        <w:t>2. Equipment</w:t>
      </w:r>
    </w:p>
    <w:p>
      <w:r>
        <w:rPr>
          <w:b/>
          <w:color w:val="111111"/>
          <w:sz w:val="22"/>
        </w:rPr>
        <w:t xml:space="preserve">Make and model:  </w:t>
      </w:r>
      <w:r>
        <w:rPr>
          <w:b w:val="0"/>
          <w:color w:val="111111"/>
          <w:sz w:val="22"/>
        </w:rPr>
        <w:t>________________________________________</w:t>
      </w:r>
    </w:p>
    <w:p>
      <w:r>
        <w:rPr>
          <w:b/>
          <w:color w:val="111111"/>
          <w:sz w:val="22"/>
        </w:rPr>
        <w:t xml:space="preserve">Serial or ID number:  </w:t>
      </w:r>
      <w:r>
        <w:rPr>
          <w:b w:val="0"/>
          <w:color w:val="111111"/>
          <w:sz w:val="22"/>
        </w:rPr>
        <w:t>________________________________________</w:t>
      </w:r>
    </w:p>
    <w:p>
      <w:r>
        <w:rPr>
          <w:b/>
          <w:color w:val="111111"/>
          <w:sz w:val="22"/>
        </w:rPr>
        <w:t xml:space="preserve">Included attachments or accessories:  </w:t>
      </w:r>
      <w:r>
        <w:rPr>
          <w:b w:val="0"/>
          <w:color w:val="111111"/>
          <w:sz w:val="22"/>
        </w:rPr>
        <w:t>________________________________________</w:t>
      </w:r>
    </w:p>
    <w:p>
      <w:r>
        <w:rPr>
          <w:b/>
          <w:color w:val="111111"/>
          <w:sz w:val="22"/>
        </w:rPr>
        <w:t xml:space="preserve">Condition at pickup (note any existing damage):  </w:t>
      </w:r>
      <w:r>
        <w:rPr>
          <w:b w:val="0"/>
          <w:color w:val="111111"/>
          <w:sz w:val="22"/>
        </w:rPr>
        <w:t>________________________________________</w:t>
      </w:r>
    </w:p>
    <w:p>
      <w:pPr>
        <w:spacing w:before="220"/>
      </w:pPr>
      <w:r>
        <w:rPr>
          <w:b/>
          <w:color w:val="1C2B4A"/>
          <w:sz w:val="27"/>
        </w:rPr>
        <w:t>3. Rental Term</w:t>
      </w:r>
    </w:p>
    <w:p>
      <w:r>
        <w:rPr>
          <w:b/>
          <w:color w:val="111111"/>
          <w:sz w:val="22"/>
        </w:rPr>
        <w:t xml:space="preserve">Start date:  </w:t>
      </w:r>
      <w:r>
        <w:rPr>
          <w:b w:val="0"/>
          <w:color w:val="111111"/>
          <w:sz w:val="22"/>
        </w:rPr>
        <w:t>________________________________________</w:t>
      </w:r>
    </w:p>
    <w:p>
      <w:r>
        <w:rPr>
          <w:b/>
          <w:color w:val="111111"/>
          <w:sz w:val="22"/>
        </w:rPr>
        <w:t xml:space="preserve">End date:  </w:t>
      </w:r>
      <w:r>
        <w:rPr>
          <w:b w:val="0"/>
          <w:color w:val="111111"/>
          <w:sz w:val="22"/>
        </w:rPr>
        <w:t>________________________________________</w:t>
      </w:r>
    </w:p>
    <w:p>
      <w:r>
        <w:rPr>
          <w:b/>
          <w:color w:val="111111"/>
          <w:sz w:val="22"/>
        </w:rPr>
        <w:t xml:space="preserve">Pickup time and place:  </w:t>
      </w:r>
      <w:r>
        <w:rPr>
          <w:b w:val="0"/>
          <w:color w:val="111111"/>
          <w:sz w:val="22"/>
        </w:rPr>
        <w:t>________________________________________</w:t>
      </w:r>
    </w:p>
    <w:p>
      <w:r>
        <w:rPr>
          <w:b/>
          <w:color w:val="111111"/>
          <w:sz w:val="22"/>
        </w:rPr>
        <w:t xml:space="preserve">Return time and place:  </w:t>
      </w:r>
      <w:r>
        <w:rPr>
          <w:b w:val="0"/>
          <w:color w:val="111111"/>
          <w:sz w:val="22"/>
        </w:rPr>
        <w:t>________________________________________</w:t>
      </w:r>
    </w:p>
    <w:p>
      <w:r>
        <w:rPr>
          <w:b/>
          <w:color w:val="111111"/>
          <w:sz w:val="22"/>
        </w:rPr>
        <w:t xml:space="preserve">Delivery (Owner delivers / Renter collects):  </w:t>
      </w:r>
      <w:r>
        <w:rPr>
          <w:b w:val="0"/>
          <w:color w:val="111111"/>
          <w:sz w:val="22"/>
        </w:rPr>
        <w:t>________________________________________</w:t>
      </w:r>
    </w:p>
    <w:p>
      <w:pPr>
        <w:spacing w:before="220"/>
      </w:pPr>
      <w:r>
        <w:rPr>
          <w:b/>
          <w:color w:val="1C2B4A"/>
          <w:sz w:val="27"/>
        </w:rPr>
        <w:t>4. Rent and Payment</w:t>
      </w:r>
    </w:p>
    <w:p>
      <w:r>
        <w:rPr>
          <w:b/>
          <w:color w:val="111111"/>
          <w:sz w:val="22"/>
        </w:rPr>
        <w:t xml:space="preserve">Rate ($ per day / week / month):  </w:t>
      </w:r>
      <w:r>
        <w:rPr>
          <w:b w:val="0"/>
          <w:color w:val="111111"/>
          <w:sz w:val="22"/>
        </w:rPr>
        <w:t>________________________________________</w:t>
      </w:r>
    </w:p>
    <w:p>
      <w:r>
        <w:rPr>
          <w:b/>
          <w:color w:val="111111"/>
          <w:sz w:val="22"/>
        </w:rPr>
        <w:t xml:space="preserve">Total rent ($):  </w:t>
      </w:r>
      <w:r>
        <w:rPr>
          <w:b w:val="0"/>
          <w:color w:val="111111"/>
          <w:sz w:val="22"/>
        </w:rPr>
        <w:t>________________________________________</w:t>
      </w:r>
    </w:p>
    <w:p>
      <w:r>
        <w:rPr>
          <w:b/>
          <w:color w:val="111111"/>
          <w:sz w:val="22"/>
        </w:rPr>
        <w:t xml:space="preserve">Payment due (on pickup / by date):  </w:t>
      </w:r>
      <w:r>
        <w:rPr>
          <w:b w:val="0"/>
          <w:color w:val="111111"/>
          <w:sz w:val="22"/>
        </w:rPr>
        <w:t>________________________________________</w:t>
      </w:r>
    </w:p>
    <w:p>
      <w:r>
        <w:rPr>
          <w:b/>
          <w:color w:val="111111"/>
          <w:sz w:val="22"/>
        </w:rPr>
        <w:t xml:space="preserve">Late charge ($ per day overdue):  </w:t>
      </w:r>
      <w:r>
        <w:rPr>
          <w:b w:val="0"/>
          <w:color w:val="111111"/>
          <w:sz w:val="22"/>
        </w:rPr>
        <w:t>________________________________________</w:t>
      </w:r>
    </w:p>
    <w:p>
      <w:pPr>
        <w:spacing w:before="220"/>
      </w:pPr>
      <w:r>
        <w:rPr>
          <w:b/>
          <w:color w:val="1C2B4A"/>
          <w:sz w:val="27"/>
        </w:rPr>
        <w:t>5. Security Deposit</w:t>
      </w:r>
    </w:p>
    <w:p>
      <w:r>
        <w:rPr>
          <w:b/>
          <w:color w:val="111111"/>
          <w:sz w:val="22"/>
        </w:rPr>
        <w:t xml:space="preserve">Refundable deposit amount ($):  </w:t>
      </w:r>
      <w:r>
        <w:rPr>
          <w:b w:val="0"/>
          <w:color w:val="111111"/>
          <w:sz w:val="22"/>
        </w:rPr>
        <w:t>________________________________________</w:t>
      </w:r>
    </w:p>
    <w:p>
      <w:r>
        <w:rPr>
          <w:b/>
          <w:color w:val="111111"/>
          <w:sz w:val="22"/>
        </w:rPr>
        <w:t xml:space="preserve">Days to return deposit after undamaged return:  </w:t>
      </w:r>
      <w:r>
        <w:rPr>
          <w:b w:val="0"/>
          <w:color w:val="111111"/>
          <w:sz w:val="22"/>
        </w:rPr>
        <w:t>________________________________________</w:t>
      </w:r>
    </w:p>
    <w:p>
      <w:pPr>
        <w:spacing w:before="220"/>
      </w:pPr>
      <w:r>
        <w:rPr>
          <w:b/>
          <w:color w:val="1C2B4A"/>
          <w:sz w:val="27"/>
        </w:rPr>
        <w:t>6. Care and Permitted Use</w:t>
      </w:r>
    </w:p>
    <w:p>
      <w:pPr>
        <w:spacing w:after="80"/>
      </w:pPr>
      <w:r>
        <w:rPr>
          <w:b w:val="0"/>
          <w:color w:val="111111"/>
          <w:sz w:val="22"/>
        </w:rPr>
        <w:t>The Renter uses the Equipment only for the permitted use below, follows the manufacturer's instructions, and will not sublet, re-rent, or lend the Equipment to anyone else.</w:t>
      </w:r>
    </w:p>
    <w:p>
      <w:r>
        <w:rPr>
          <w:b/>
          <w:color w:val="111111"/>
          <w:sz w:val="22"/>
        </w:rPr>
        <w:t xml:space="preserve">Permitted use:  </w:t>
      </w:r>
      <w:r>
        <w:rPr>
          <w:b w:val="0"/>
          <w:color w:val="111111"/>
          <w:sz w:val="22"/>
        </w:rPr>
        <w:t>________________________________________</w:t>
      </w:r>
    </w:p>
    <w:p>
      <w:pPr>
        <w:spacing w:before="220"/>
      </w:pPr>
      <w:r>
        <w:rPr>
          <w:b/>
          <w:color w:val="1C2B4A"/>
          <w:sz w:val="27"/>
        </w:rPr>
        <w:t>7. Damage, Loss, and Repairs</w:t>
      </w:r>
    </w:p>
    <w:p>
      <w:pPr>
        <w:spacing w:after="80"/>
      </w:pPr>
      <w:r>
        <w:rPr>
          <w:b w:val="0"/>
          <w:color w:val="111111"/>
          <w:sz w:val="22"/>
        </w:rPr>
        <w:t>The Renter is responsible for any damage or loss beyond normal wear and tear while the Equipment is in the Renter's possession, and pays the reasonable cost to repair or replace it.</w:t>
      </w:r>
    </w:p>
    <w:p>
      <w:pPr>
        <w:spacing w:before="220"/>
      </w:pPr>
      <w:r>
        <w:rPr>
          <w:b/>
          <w:color w:val="1C2B4A"/>
          <w:sz w:val="27"/>
        </w:rPr>
        <w:t>8. Liability and Indemnification</w:t>
      </w:r>
    </w:p>
    <w:p>
      <w:pPr>
        <w:spacing w:after="80"/>
      </w:pPr>
      <w:r>
        <w:rPr>
          <w:b w:val="0"/>
          <w:color w:val="111111"/>
          <w:sz w:val="22"/>
        </w:rPr>
        <w:t>The Renter will indemnify and hold the Owner harmless from any claims, injuries, or damage arising from the Renter's use of the Equipment.</w:t>
      </w:r>
    </w:p>
    <w:p>
      <w:pPr>
        <w:spacing w:before="220"/>
      </w:pPr>
      <w:r>
        <w:rPr>
          <w:b/>
          <w:color w:val="1C2B4A"/>
          <w:sz w:val="27"/>
        </w:rPr>
        <w:t>9. Insurance (optional)</w:t>
      </w:r>
    </w:p>
    <w:p>
      <w:r>
        <w:rPr>
          <w:b/>
          <w:color w:val="111111"/>
          <w:sz w:val="22"/>
        </w:rPr>
        <w:t xml:space="preserve">Insurance type and amount the Renter will carry:  </w:t>
      </w:r>
      <w:r>
        <w:rPr>
          <w:b w:val="0"/>
          <w:color w:val="111111"/>
          <w:sz w:val="22"/>
        </w:rPr>
        <w:t>________________________________________</w:t>
      </w:r>
    </w:p>
    <w:p>
      <w:pPr>
        <w:spacing w:before="220"/>
      </w:pPr>
      <w:r>
        <w:rPr>
          <w:b/>
          <w:color w:val="1C2B4A"/>
          <w:sz w:val="27"/>
        </w:rPr>
        <w:t>10. Return and Holdover</w:t>
      </w:r>
    </w:p>
    <w:p>
      <w:pPr>
        <w:spacing w:after="80"/>
      </w:pPr>
      <w:r>
        <w:rPr>
          <w:b w:val="0"/>
          <w:color w:val="111111"/>
          <w:sz w:val="22"/>
        </w:rPr>
        <w:t>The Renter returns the Equipment in its pickup condition, normal wear and tear excepted. Keeping the Equipment past the End Date without the Owner's written consent incurs the daily holdover charge below until it is returned.</w:t>
      </w:r>
    </w:p>
    <w:p>
      <w:r>
        <w:rPr>
          <w:b/>
          <w:color w:val="111111"/>
          <w:sz w:val="22"/>
        </w:rPr>
        <w:t xml:space="preserve">Holdover charge ($ per day):  </w:t>
      </w:r>
      <w:r>
        <w:rPr>
          <w:b w:val="0"/>
          <w:color w:val="111111"/>
          <w:sz w:val="22"/>
        </w:rPr>
        <w:t>________________________________________</w:t>
      </w:r>
    </w:p>
    <w:p>
      <w:pPr>
        <w:spacing w:before="220"/>
      </w:pPr>
      <w:r>
        <w:rPr>
          <w:b/>
          <w:color w:val="1C2B4A"/>
          <w:sz w:val="27"/>
        </w:rPr>
        <w:t>11. Governing Law</w:t>
      </w:r>
    </w:p>
    <w:p>
      <w:r>
        <w:rPr>
          <w:b/>
          <w:color w:val="111111"/>
          <w:sz w:val="22"/>
        </w:rPr>
        <w:t xml:space="preserve">State whose laws govern this Agreement:  </w:t>
      </w:r>
      <w:r>
        <w:rPr>
          <w:b w:val="0"/>
          <w:color w:val="111111"/>
          <w:sz w:val="22"/>
        </w:rPr>
        <w:t>________________________________________</w:t>
      </w:r>
    </w:p>
    <w:p/>
    <w:p>
      <w:pPr>
        <w:spacing w:before="220"/>
      </w:pPr>
      <w:r>
        <w:rPr>
          <w:b/>
          <w:color w:val="1C2B4A"/>
          <w:sz w:val="27"/>
        </w:rPr>
        <w:t>Signatures</w:t>
      </w:r>
    </w:p>
    <w:p>
      <w:r>
        <w:rPr>
          <w:b/>
          <w:color w:val="111111"/>
          <w:sz w:val="22"/>
        </w:rPr>
        <w:t xml:space="preserve">Owner signature:  </w:t>
      </w:r>
      <w:r>
        <w:rPr>
          <w:b w:val="0"/>
          <w:color w:val="111111"/>
          <w:sz w:val="22"/>
        </w:rPr>
        <w:t>________________________________________</w:t>
      </w:r>
    </w:p>
    <w:p>
      <w:r>
        <w:rPr>
          <w:b/>
          <w:color w:val="111111"/>
          <w:sz w:val="22"/>
        </w:rPr>
        <w:t xml:space="preserve">Owner printed name and date:  </w:t>
      </w:r>
      <w:r>
        <w:rPr>
          <w:b w:val="0"/>
          <w:color w:val="111111"/>
          <w:sz w:val="22"/>
        </w:rPr>
        <w:t>________________________________________</w:t>
      </w:r>
    </w:p>
    <w:p>
      <w:r>
        <w:rPr>
          <w:b/>
          <w:color w:val="111111"/>
          <w:sz w:val="22"/>
        </w:rPr>
        <w:t xml:space="preserve">Renter signature:  </w:t>
      </w:r>
      <w:r>
        <w:rPr>
          <w:b w:val="0"/>
          <w:color w:val="111111"/>
          <w:sz w:val="22"/>
        </w:rPr>
        <w:t>________________________________________</w:t>
      </w:r>
    </w:p>
    <w:p>
      <w:r>
        <w:rPr>
          <w:b/>
          <w:color w:val="111111"/>
          <w:sz w:val="22"/>
        </w:rPr>
        <w:t xml:space="preserve">Renter printed name and date:  </w:t>
      </w:r>
      <w:r>
        <w:rPr>
          <w:b w:val="0"/>
          <w:color w:val="111111"/>
          <w:sz w:val="22"/>
        </w:rPr>
        <w:t>________________________________________</w:t>
      </w:r>
    </w:p>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This form is general information, not legal advice. Equipment rentals are governed by your state's version of Uniform Commercial Code Article 2A; a rental with total payments of $1,000 or more generally must be in a signed writing to be enforceable, and an electronic signature is valid under the federal E-SIGN Act. Confirm your state's deposit and consumer rules before you rely on this form. The full guide, clause explanations, and official sources are at clearlegaltips.com/simple-equipment-rental-agreement-template/</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