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Roommate / Co-Living Agreement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Sets expectations between roommates on rent, utilities, and house rules. This is between roommates (separate from the lease with the landlord).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Roommates &amp; Property</w:t>
      </w:r>
    </w:p>
    <w:p>
      <w:r>
        <w:rPr>
          <w:b/>
          <w:color w:val="111111"/>
          <w:sz w:val="22"/>
        </w:rPr>
        <w:t xml:space="preserve">Roommate names: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Property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Lease term: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Rent Split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Roommate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Share of rent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Room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3. Utilities &amp; Shared Costs</w:t>
      </w:r>
    </w:p>
    <w:p>
      <w:r>
        <w:rPr>
          <w:b/>
          <w:color w:val="111111"/>
          <w:sz w:val="22"/>
        </w:rPr>
        <w:t xml:space="preserve">How utilities/internet/supplies are split: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Whose name each account is in: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House Rules</w:t>
      </w:r>
    </w:p>
    <w:p>
      <w:pPr>
        <w:ind w:left="216"/>
      </w:pPr>
      <w:r>
        <w:rPr>
          <w:b w:val="0"/>
          <w:color w:val="111111"/>
          <w:sz w:val="22"/>
        </w:rPr>
        <w:t>☐  Quiet hours</w:t>
      </w:r>
    </w:p>
    <w:p>
      <w:pPr>
        <w:ind w:left="216"/>
      </w:pPr>
      <w:r>
        <w:rPr>
          <w:b w:val="0"/>
          <w:color w:val="111111"/>
          <w:sz w:val="22"/>
        </w:rPr>
        <w:t>☐  Guests/overnight policy</w:t>
      </w:r>
    </w:p>
    <w:p>
      <w:pPr>
        <w:ind w:left="216"/>
      </w:pPr>
      <w:r>
        <w:rPr>
          <w:b w:val="0"/>
          <w:color w:val="111111"/>
          <w:sz w:val="22"/>
        </w:rPr>
        <w:t>☐  Cleaning rotation</w:t>
      </w:r>
    </w:p>
    <w:p>
      <w:pPr>
        <w:ind w:left="216"/>
      </w:pPr>
      <w:r>
        <w:rPr>
          <w:b w:val="0"/>
          <w:color w:val="111111"/>
          <w:sz w:val="22"/>
        </w:rPr>
        <w:t>☐  Pets</w:t>
      </w:r>
    </w:p>
    <w:p>
      <w:pPr>
        <w:ind w:left="216"/>
      </w:pPr>
      <w:r>
        <w:rPr>
          <w:b w:val="0"/>
          <w:color w:val="111111"/>
          <w:sz w:val="22"/>
        </w:rPr>
        <w:t>☐  Smoking</w:t>
      </w:r>
    </w:p>
    <w:p>
      <w:r>
        <w:rPr>
          <w:b/>
          <w:color w:val="111111"/>
          <w:sz w:val="22"/>
        </w:rPr>
        <w:t xml:space="preserve">Other: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Deposit &amp; Moving Out</w:t>
      </w:r>
    </w:p>
    <w:p>
      <w:r>
        <w:rPr>
          <w:b/>
          <w:color w:val="111111"/>
          <w:sz w:val="22"/>
        </w:rPr>
        <w:t xml:space="preserve">Security deposit split: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Notice required to move out: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Signatures</w:t>
      </w:r>
    </w:p>
    <w:p/>
    <w:p>
      <w:r>
        <w:rPr>
          <w:b/>
          <w:color w:val="111111"/>
          <w:sz w:val="22"/>
        </w:rPr>
        <w:t>Roommate 1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Roommate 2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