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RENTAL APPLICATION</w:t>
      </w:r>
    </w:p>
    <w:p>
      <w:pPr>
        <w:spacing w:after="200"/>
        <w:pBdr>
          <w:bottom w:val="single" w:sz="12" w:space="2" w:color="C9A23A"/>
        </w:pBdr>
      </w:pPr>
      <w:r>
        <w:rPr>
          <w:b/>
          <w:color w:val="1C2B4A"/>
          <w:sz w:val="26"/>
        </w:rPr>
        <w:t>Free Fillable Legal Template — ClearLegalTips.com (2026)</w:t>
      </w:r>
    </w:p>
    <w:p>
      <w:r>
        <w:rPr>
          <w:b/>
          <w:color w:val="1C2B4A"/>
          <w:sz w:val="27"/>
        </w:rPr>
        <w:t>RENTAL APPLICATION</w:t>
      </w:r>
    </w:p>
    <w:p>
      <w:pPr>
        <w:spacing w:after="80"/>
      </w:pPr>
      <w:r>
        <w:rPr>
          <w:b w:val="0"/>
          <w:color w:val="111111"/>
          <w:sz w:val="22"/>
        </w:rPr>
        <w:t>Property: [RENTAL ADDRESS]. Date: [DATE]. (Use the SAME form for every applicant.)</w:t>
      </w:r>
    </w:p>
    <w:p>
      <w:pPr>
        <w:spacing w:before="220"/>
      </w:pPr>
      <w:r>
        <w:rPr>
          <w:b/>
          <w:color w:val="1C2B4A"/>
          <w:sz w:val="27"/>
        </w:rPr>
        <w:t>1. Applicant</w:t>
      </w:r>
    </w:p>
    <w:p>
      <w:r>
        <w:rPr>
          <w:b/>
          <w:color w:val="111111"/>
          <w:sz w:val="22"/>
        </w:rPr>
        <w:t xml:space="preserve">Full name / date of birth:  </w:t>
      </w:r>
      <w:r>
        <w:rPr>
          <w:b w:val="0"/>
          <w:color w:val="111111"/>
          <w:sz w:val="22"/>
        </w:rPr>
        <w:t>________________________________________</w:t>
      </w:r>
    </w:p>
    <w:p>
      <w:r>
        <w:rPr>
          <w:b/>
          <w:color w:val="111111"/>
          <w:sz w:val="22"/>
        </w:rPr>
        <w:t xml:space="preserve">Phone / email:  </w:t>
      </w:r>
      <w:r>
        <w:rPr>
          <w:b w:val="0"/>
          <w:color w:val="111111"/>
          <w:sz w:val="22"/>
        </w:rPr>
        <w:t>________________________________________</w:t>
      </w:r>
    </w:p>
    <w:p>
      <w:r>
        <w:rPr>
          <w:b/>
          <w:color w:val="111111"/>
          <w:sz w:val="22"/>
        </w:rPr>
        <w:t xml:space="preserve">Government ID / SSN (for screening; store securely):  </w:t>
      </w:r>
      <w:r>
        <w:rPr>
          <w:b w:val="0"/>
          <w:color w:val="111111"/>
          <w:sz w:val="22"/>
        </w:rPr>
        <w:t>________________________________________</w:t>
      </w:r>
    </w:p>
    <w:p>
      <w:pPr>
        <w:spacing w:before="220"/>
      </w:pPr>
      <w:r>
        <w:rPr>
          <w:b/>
          <w:color w:val="1C2B4A"/>
          <w:sz w:val="27"/>
        </w:rPr>
        <w:t>2. Occupants</w:t>
      </w:r>
    </w:p>
    <w:p>
      <w:r>
        <w:rPr>
          <w:b/>
          <w:color w:val="111111"/>
          <w:sz w:val="22"/>
        </w:rPr>
        <w:t xml:space="preserve">All adults who will live in the unit:  </w:t>
      </w:r>
      <w:r>
        <w:rPr>
          <w:b w:val="0"/>
          <w:color w:val="111111"/>
          <w:sz w:val="22"/>
        </w:rPr>
        <w:t>________________________________________</w:t>
      </w:r>
    </w:p>
    <w:p>
      <w:r>
        <w:rPr>
          <w:b/>
          <w:color w:val="111111"/>
          <w:sz w:val="22"/>
        </w:rPr>
        <w:t xml:space="preserve">Number of occupants / pets / vehicles:  </w:t>
      </w:r>
      <w:r>
        <w:rPr>
          <w:b w:val="0"/>
          <w:color w:val="111111"/>
          <w:sz w:val="22"/>
        </w:rPr>
        <w:t>________________________________________</w:t>
      </w:r>
    </w:p>
    <w:p>
      <w:pPr>
        <w:spacing w:before="220"/>
      </w:pPr>
      <w:r>
        <w:rPr>
          <w:b/>
          <w:color w:val="1C2B4A"/>
          <w:sz w:val="27"/>
        </w:rPr>
        <w:t>3. Employment &amp; Income</w:t>
      </w:r>
    </w:p>
    <w:p>
      <w:r>
        <w:rPr>
          <w:b/>
          <w:color w:val="111111"/>
          <w:sz w:val="22"/>
        </w:rPr>
        <w:t xml:space="preserve">Employer / position / length:  </w:t>
      </w:r>
      <w:r>
        <w:rPr>
          <w:b w:val="0"/>
          <w:color w:val="111111"/>
          <w:sz w:val="22"/>
        </w:rPr>
        <w:t>________________________________________</w:t>
      </w:r>
    </w:p>
    <w:p>
      <w:r>
        <w:rPr>
          <w:b/>
          <w:color w:val="111111"/>
          <w:sz w:val="22"/>
        </w:rPr>
        <w:t xml:space="preserve">Gross monthly income (attach proof:  </w:t>
      </w:r>
      <w:r>
        <w:rPr>
          <w:b w:val="0"/>
          <w:color w:val="111111"/>
          <w:sz w:val="22"/>
        </w:rPr>
        <w:t>________________________________________</w:t>
      </w:r>
    </w:p>
    <w:p>
      <w:pPr>
        <w:spacing w:before="220"/>
      </w:pPr>
      <w:r>
        <w:rPr>
          <w:b/>
          <w:color w:val="1C2B4A"/>
          <w:sz w:val="27"/>
        </w:rPr>
        <w:t>4. Rental History</w:t>
      </w:r>
    </w:p>
    <w:p>
      <w:r>
        <w:rPr>
          <w:b/>
          <w:color w:val="111111"/>
          <w:sz w:val="22"/>
        </w:rPr>
        <w:t xml:space="preserve">Current address / landlord contact / reason for moving:  </w:t>
      </w:r>
      <w:r>
        <w:rPr>
          <w:b w:val="0"/>
          <w:color w:val="111111"/>
          <w:sz w:val="22"/>
        </w:rPr>
        <w:t>________________________________________</w:t>
      </w:r>
    </w:p>
    <w:p>
      <w:r>
        <w:rPr>
          <w:b/>
          <w:color w:val="111111"/>
          <w:sz w:val="22"/>
        </w:rPr>
        <w:t xml:space="preserve">Previous address / landlord contact:  </w:t>
      </w:r>
      <w:r>
        <w:rPr>
          <w:b w:val="0"/>
          <w:color w:val="111111"/>
          <w:sz w:val="22"/>
        </w:rPr>
        <w:t>________________________________________</w:t>
      </w:r>
    </w:p>
    <w:p>
      <w:pPr>
        <w:spacing w:before="220"/>
      </w:pPr>
      <w:r>
        <w:rPr>
          <w:b/>
          <w:color w:val="1C2B4A"/>
          <w:sz w:val="27"/>
        </w:rPr>
        <w:t>5. References</w:t>
      </w:r>
    </w:p>
    <w:p>
      <w:r>
        <w:rPr>
          <w:b/>
          <w:color w:val="111111"/>
          <w:sz w:val="22"/>
        </w:rPr>
        <w:t xml:space="preserve">Personal / professional reference(s):  </w:t>
      </w:r>
      <w:r>
        <w:rPr>
          <w:b w:val="0"/>
          <w:color w:val="111111"/>
          <w:sz w:val="22"/>
        </w:rPr>
        <w:t>________________________________________</w:t>
      </w:r>
    </w:p>
    <w:p>
      <w:pPr>
        <w:spacing w:before="220"/>
      </w:pPr>
      <w:r>
        <w:rPr>
          <w:b/>
          <w:color w:val="1C2B4A"/>
          <w:sz w:val="27"/>
        </w:rPr>
        <w:t>6. Screening Consent (FCRA)</w:t>
      </w:r>
    </w:p>
    <w:p>
      <w:pPr>
        <w:ind w:left="216"/>
      </w:pPr>
      <w:r>
        <w:rPr>
          <w:b w:val="0"/>
          <w:color w:val="111111"/>
          <w:sz w:val="22"/>
        </w:rPr>
        <w:t>☐  I authorize the landlord to obtain credit and background/screening reports</w:t>
      </w:r>
    </w:p>
    <w:p>
      <w:pPr>
        <w:spacing w:before="220"/>
      </w:pPr>
      <w:r>
        <w:rPr>
          <w:b/>
          <w:color w:val="1C2B4A"/>
          <w:sz w:val="27"/>
        </w:rPr>
        <w:t>7. Certification</w:t>
      </w:r>
    </w:p>
    <w:p>
      <w:pPr>
        <w:spacing w:after="80"/>
      </w:pPr>
      <w:r>
        <w:rPr>
          <w:b w:val="0"/>
          <w:color w:val="111111"/>
          <w:sz w:val="22"/>
        </w:rPr>
        <w:t>I certify the information above is true and complete.</w:t>
      </w:r>
    </w:p>
    <w:p>
      <w:r>
        <w:rPr>
          <w:b/>
          <w:color w:val="111111"/>
          <w:sz w:val="22"/>
        </w:rPr>
        <w:t xml:space="preserve">Applicant signature / date:  </w:t>
      </w:r>
      <w:r>
        <w:rPr>
          <w:b w:val="0"/>
          <w:color w:val="111111"/>
          <w:sz w:val="22"/>
        </w:rPr>
        <w:t>________________________________________</w:t>
      </w:r>
    </w:p>
    <w:p>
      <w:pPr>
        <w:spacing w:before="220"/>
      </w:pPr>
      <w:r>
        <w:rPr>
          <w:b/>
          <w:color w:val="1C2B4A"/>
          <w:sz w:val="27"/>
        </w:rPr>
        <w:t>8. Landlord Use</w:t>
      </w:r>
    </w:p>
    <w:p>
      <w:r>
        <w:rPr>
          <w:b/>
          <w:color w:val="111111"/>
          <w:sz w:val="22"/>
        </w:rPr>
        <w:t xml:space="preserve">Application fee (per your state rule; apply equally) / receipt:  </w:t>
      </w:r>
      <w:r>
        <w:rPr>
          <w:b w:val="0"/>
          <w:color w:val="111111"/>
          <w:sz w:val="22"/>
        </w:rPr>
        <w:t>________________________________________</w:t>
      </w:r>
    </w:p>
    <w:p>
      <w:r>
        <w:rPr>
          <w:b/>
          <w:color w:val="111111"/>
          <w:sz w:val="22"/>
        </w:rPr>
        <w:t xml:space="preserve">Written screening criteria applied: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