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REVOCATION OF POWER OF ATTORNEY</w:t>
      </w:r>
    </w:p>
    <w:p>
      <w:pPr>
        <w:spacing w:after="200"/>
        <w:pBdr>
          <w:bottom w:val="single" w:sz="12" w:space="2" w:color="C9A23A"/>
        </w:pBdr>
      </w:pPr>
      <w:r>
        <w:rPr>
          <w:b/>
          <w:color w:val="1C2B4A"/>
          <w:sz w:val="26"/>
        </w:rPr>
        <w:t>Free Fillable Legal Template — ClearLegalTips.com (2026)</w:t>
      </w:r>
    </w:p>
    <w:p>
      <w:r>
        <w:rPr>
          <w:b/>
          <w:color w:val="1C2B4A"/>
          <w:sz w:val="27"/>
        </w:rPr>
        <w:t>REVOCATION OF POWER OF ATTORNEY</w:t>
      </w:r>
    </w:p>
    <w:p>
      <w:pPr>
        <w:spacing w:after="80"/>
      </w:pPr>
      <w:r>
        <w:rPr>
          <w:b w:val="0"/>
          <w:color w:val="111111"/>
          <w:sz w:val="22"/>
        </w:rPr>
        <w:t>State of [STATE], County of [COUNTY]</w:t>
      </w:r>
    </w:p>
    <w:p>
      <w:pPr>
        <w:spacing w:before="220"/>
      </w:pPr>
      <w:r>
        <w:rPr>
          <w:b/>
          <w:color w:val="1C2B4A"/>
          <w:sz w:val="27"/>
        </w:rPr>
        <w:t>1. Principal</w:t>
      </w:r>
    </w:p>
    <w:p>
      <w:r>
        <w:rPr>
          <w:b/>
          <w:color w:val="111111"/>
          <w:sz w:val="22"/>
        </w:rPr>
        <w:t xml:space="preserve">Your full legal name:  </w:t>
      </w:r>
      <w:r>
        <w:rPr>
          <w:b w:val="0"/>
          <w:color w:val="111111"/>
          <w:sz w:val="22"/>
        </w:rPr>
        <w:t>________________________________________</w:t>
      </w:r>
    </w:p>
    <w:p>
      <w:r>
        <w:rPr>
          <w:b/>
          <w:color w:val="111111"/>
          <w:sz w:val="22"/>
        </w:rPr>
        <w:t xml:space="preserve">Your address:  </w:t>
      </w:r>
      <w:r>
        <w:rPr>
          <w:b w:val="0"/>
          <w:color w:val="111111"/>
          <w:sz w:val="22"/>
        </w:rPr>
        <w:t>________________________________________</w:t>
      </w:r>
    </w:p>
    <w:p>
      <w:pPr>
        <w:spacing w:before="220"/>
      </w:pPr>
      <w:r>
        <w:rPr>
          <w:b/>
          <w:color w:val="1C2B4A"/>
          <w:sz w:val="27"/>
        </w:rPr>
        <w:t>2. The Power of Attorney Being Revoked</w:t>
      </w:r>
    </w:p>
    <w:p>
      <w:r>
        <w:rPr>
          <w:b/>
          <w:color w:val="111111"/>
          <w:sz w:val="22"/>
        </w:rPr>
        <w:t xml:space="preserve">Date the original POA was signed:  </w:t>
      </w:r>
      <w:r>
        <w:rPr>
          <w:b w:val="0"/>
          <w:color w:val="111111"/>
          <w:sz w:val="22"/>
        </w:rPr>
        <w:t>________________________________________</w:t>
      </w:r>
    </w:p>
    <w:p>
      <w:r>
        <w:rPr>
          <w:b/>
          <w:color w:val="111111"/>
          <w:sz w:val="22"/>
        </w:rPr>
        <w:t xml:space="preserve">Full name of agent / attorney-in-fact:  </w:t>
      </w:r>
      <w:r>
        <w:rPr>
          <w:b w:val="0"/>
          <w:color w:val="111111"/>
          <w:sz w:val="22"/>
        </w:rPr>
        <w:t>________________________________________</w:t>
      </w:r>
    </w:p>
    <w:p>
      <w:r>
        <w:rPr>
          <w:b/>
          <w:color w:val="111111"/>
          <w:sz w:val="22"/>
        </w:rPr>
        <w:t xml:space="preserve">Type (general / durable / medical / limited):  </w:t>
      </w:r>
      <w:r>
        <w:rPr>
          <w:b w:val="0"/>
          <w:color w:val="111111"/>
          <w:sz w:val="22"/>
        </w:rPr>
        <w:t>________________________________________</w:t>
      </w:r>
    </w:p>
    <w:p>
      <w:pPr>
        <w:spacing w:before="220"/>
      </w:pPr>
      <w:r>
        <w:rPr>
          <w:b/>
          <w:color w:val="1C2B4A"/>
          <w:sz w:val="27"/>
        </w:rPr>
        <w:t>3. Revocation</w:t>
      </w:r>
    </w:p>
    <w:p>
      <w:pPr>
        <w:spacing w:after="80"/>
      </w:pPr>
      <w:r>
        <w:rPr>
          <w:b w:val="0"/>
          <w:color w:val="111111"/>
          <w:sz w:val="22"/>
        </w:rPr>
        <w:t>I, the Principal named above, being of sound mind, REVOKE and TERMINATE all powers and authority granted under the power of attorney described in Section 2, effective immediately. My agent has no further authority to act for me.</w:t>
      </w:r>
    </w:p>
    <w:p>
      <w:pPr>
        <w:spacing w:before="220"/>
      </w:pPr>
      <w:r>
        <w:rPr>
          <w:b/>
          <w:color w:val="1C2B4A"/>
          <w:sz w:val="27"/>
        </w:rPr>
        <w:t>4. Effective Date</w:t>
      </w:r>
    </w:p>
    <w:p>
      <w:r>
        <w:rPr>
          <w:b/>
          <w:color w:val="111111"/>
          <w:sz w:val="22"/>
        </w:rPr>
        <w:t xml:space="preserve">Effective date of this revocation:  </w:t>
      </w:r>
      <w:r>
        <w:rPr>
          <w:b w:val="0"/>
          <w:color w:val="111111"/>
          <w:sz w:val="22"/>
        </w:rPr>
        <w:t>________________________________________</w:t>
      </w:r>
    </w:p>
    <w:p>
      <w:pPr>
        <w:spacing w:before="220"/>
      </w:pPr>
      <w:r>
        <w:rPr>
          <w:b/>
          <w:color w:val="1C2B4A"/>
          <w:sz w:val="27"/>
        </w:rPr>
        <w:t>5. Signature &amp; Notary</w:t>
      </w:r>
    </w:p>
    <w:p>
      <w:r>
        <w:rPr>
          <w:b/>
          <w:color w:val="111111"/>
          <w:sz w:val="22"/>
        </w:rPr>
        <w:t xml:space="preserve">Principal signature / date:  </w:t>
      </w:r>
      <w:r>
        <w:rPr>
          <w:b w:val="0"/>
          <w:color w:val="111111"/>
          <w:sz w:val="22"/>
        </w:rPr>
        <w:t>________________________________________</w:t>
      </w:r>
    </w:p>
    <w:p>
      <w:r>
        <w:rPr>
          <w:b/>
          <w:color w:val="111111"/>
          <w:sz w:val="22"/>
        </w:rPr>
        <w:t xml:space="preserve">Notary acknowledgment / commission expires:  </w:t>
      </w:r>
      <w:r>
        <w:rPr>
          <w:b w:val="0"/>
          <w:color w:val="111111"/>
          <w:sz w:val="22"/>
        </w:rPr>
        <w:t>________________________________________</w:t>
      </w:r>
    </w:p>
    <w:p>
      <w:pPr>
        <w:ind w:left="216"/>
      </w:pPr>
      <w:r>
        <w:rPr>
          <w:b w:val="0"/>
          <w:color w:val="111111"/>
          <w:sz w:val="22"/>
        </w:rPr>
        <w:t>☐  Witness line(s) if required by your state</w:t>
      </w:r>
    </w:p>
    <w:p>
      <w:pPr>
        <w:spacing w:before="220"/>
      </w:pPr>
      <w:r>
        <w:rPr>
          <w:b/>
          <w:color w:val="1C2B4A"/>
          <w:sz w:val="27"/>
        </w:rPr>
        <w:t>6. Notice Record (deliver a copy to each)</w:t>
      </w:r>
    </w:p>
    <w:p>
      <w:pPr>
        <w:ind w:left="216"/>
      </w:pPr>
      <w:r>
        <w:rPr>
          <w:b w:val="0"/>
          <w:color w:val="111111"/>
          <w:sz w:val="22"/>
        </w:rPr>
        <w:t>☐  Agent / attorney-in-fact</w:t>
      </w:r>
    </w:p>
    <w:p>
      <w:pPr>
        <w:ind w:left="216"/>
      </w:pPr>
      <w:r>
        <w:rPr>
          <w:b w:val="0"/>
          <w:color w:val="111111"/>
          <w:sz w:val="22"/>
        </w:rPr>
        <w:t>☐  Each bank, credit union, brokerage</w:t>
      </w:r>
    </w:p>
    <w:p>
      <w:pPr>
        <w:ind w:left="216"/>
      </w:pPr>
      <w:r>
        <w:rPr>
          <w:b w:val="0"/>
          <w:color w:val="111111"/>
          <w:sz w:val="22"/>
        </w:rPr>
        <w:t>☐  Doctor / hospital (if medical POA)</w:t>
      </w:r>
    </w:p>
    <w:p>
      <w:pPr>
        <w:ind w:left="216"/>
      </w:pPr>
      <w:r>
        <w:rPr>
          <w:b w:val="0"/>
          <w:color w:val="111111"/>
          <w:sz w:val="22"/>
        </w:rPr>
        <w:t>☐  County recorder (if POA was recorded for real estate)</w:t>
      </w:r>
    </w:p>
    <w:p>
      <w:pPr>
        <w:ind w:left="216"/>
      </w:pPr>
      <w:r>
        <w:rPr>
          <w:b w:val="0"/>
          <w:color w:val="111111"/>
          <w:sz w:val="22"/>
        </w:rPr>
        <w:t>☐  Any business that accepted the POA</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