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NOTICE TO PAY RENT OR QUIT</w:t>
      </w:r>
    </w:p>
    <w:p>
      <w:pPr>
        <w:spacing w:after="200"/>
        <w:pBdr>
          <w:bottom w:val="single" w:sz="12" w:space="2" w:color="C9A23A"/>
        </w:pBdr>
      </w:pPr>
      <w:r>
        <w:rPr>
          <w:b/>
          <w:color w:val="1C2B4A"/>
          <w:sz w:val="26"/>
        </w:rPr>
        <w:t>Free Fillable Legal Template — ClearLegalTips.com (2026)</w:t>
      </w:r>
    </w:p>
    <w:p>
      <w:r>
        <w:rPr>
          <w:b/>
          <w:color w:val="1C2B4A"/>
          <w:sz w:val="27"/>
        </w:rPr>
        <w:t>NOTICE TO PAY RENT OR QUIT</w:t>
      </w:r>
    </w:p>
    <w:p>
      <w:pPr>
        <w:spacing w:after="80"/>
      </w:pPr>
      <w:r>
        <w:rPr>
          <w:b w:val="0"/>
          <w:color w:val="111111"/>
          <w:sz w:val="22"/>
        </w:rPr>
        <w:t>[DATE]  To: [TENANT NAME(S)], [RENTAL ADDRESS]</w:t>
      </w:r>
    </w:p>
    <w:p>
      <w:pPr>
        <w:spacing w:after="80"/>
      </w:pPr>
      <w:r>
        <w:rPr>
          <w:b w:val="0"/>
          <w:color w:val="111111"/>
          <w:sz w:val="22"/>
        </w:rPr>
        <w:t>You are hereby notified that rent for the above premises is past due.</w:t>
      </w:r>
    </w:p>
    <w:p>
      <w:pPr>
        <w:spacing w:before="220"/>
      </w:pPr>
      <w:r>
        <w:rPr>
          <w:b/>
          <w:color w:val="1C2B4A"/>
          <w:sz w:val="27"/>
        </w:rPr>
        <w:t>1. Amount Past Due</w:t>
      </w:r>
    </w:p>
    <w:p>
      <w:r>
        <w:rPr>
          <w:b/>
          <w:color w:val="111111"/>
          <w:sz w:val="22"/>
        </w:rPr>
        <w:t xml:space="preserve">Total rent owed (rent only, unless your state allows more):  </w:t>
      </w:r>
      <w:r>
        <w:rPr>
          <w:b w:val="0"/>
          <w:color w:val="111111"/>
          <w:sz w:val="22"/>
        </w:rPr>
        <w:t>________________________________________</w:t>
      </w:r>
    </w:p>
    <w:p>
      <w:r>
        <w:rPr>
          <w:b/>
          <w:color w:val="111111"/>
          <w:sz w:val="22"/>
        </w:rPr>
        <w:t xml:space="preserve">Period the unpaid rent covers:  </w:t>
      </w:r>
      <w:r>
        <w:rPr>
          <w:b w:val="0"/>
          <w:color w:val="111111"/>
          <w:sz w:val="22"/>
        </w:rPr>
        <w:t>________________________________________</w:t>
      </w:r>
    </w:p>
    <w:p>
      <w:pPr>
        <w:spacing w:before="220"/>
      </w:pPr>
      <w:r>
        <w:rPr>
          <w:b/>
          <w:color w:val="1C2B4A"/>
          <w:sz w:val="27"/>
        </w:rPr>
        <w:t>2. Deadline</w:t>
      </w:r>
    </w:p>
    <w:p>
      <w:r>
        <w:rPr>
          <w:b/>
          <w:color w:val="111111"/>
          <w:sz w:val="22"/>
        </w:rPr>
        <w:t xml:space="preserve">You must PAY the full amount OR vacate within ____ days (per your state's rule):  </w:t>
      </w:r>
      <w:r>
        <w:rPr>
          <w:b w:val="0"/>
          <w:color w:val="111111"/>
          <w:sz w:val="22"/>
        </w:rPr>
        <w:t>________________________________________</w:t>
      </w:r>
    </w:p>
    <w:p>
      <w:pPr>
        <w:spacing w:before="220"/>
      </w:pPr>
      <w:r>
        <w:rPr>
          <w:b/>
          <w:color w:val="1C2B4A"/>
          <w:sz w:val="27"/>
        </w:rPr>
        <w:t>3. How to Pay</w:t>
      </w:r>
    </w:p>
    <w:p>
      <w:r>
        <w:rPr>
          <w:b/>
          <w:color w:val="111111"/>
          <w:sz w:val="22"/>
        </w:rPr>
        <w:t xml:space="preserve">Pay to / method / address:  </w:t>
      </w:r>
      <w:r>
        <w:rPr>
          <w:b w:val="0"/>
          <w:color w:val="111111"/>
          <w:sz w:val="22"/>
        </w:rPr>
        <w:t>________________________________________</w:t>
      </w:r>
    </w:p>
    <w:p>
      <w:pPr>
        <w:spacing w:before="220"/>
      </w:pPr>
      <w:r>
        <w:rPr>
          <w:b/>
          <w:color w:val="1C2B4A"/>
          <w:sz w:val="27"/>
        </w:rPr>
        <w:t>4. Consequences</w:t>
      </w:r>
    </w:p>
    <w:p>
      <w:pPr>
        <w:spacing w:after="80"/>
      </w:pPr>
      <w:r>
        <w:rPr>
          <w:b w:val="0"/>
          <w:color w:val="111111"/>
          <w:sz w:val="22"/>
        </w:rPr>
        <w:t>If you do not pay the full amount or move out within the period above, legal proceedings (eviction) to recover possession of the premises will be commenced against you.</w:t>
      </w:r>
    </w:p>
    <w:p>
      <w:pPr>
        <w:spacing w:before="220"/>
      </w:pPr>
      <w:r>
        <w:rPr>
          <w:b/>
          <w:color w:val="1C2B4A"/>
          <w:sz w:val="27"/>
        </w:rPr>
        <w:t>5. Landlord</w:t>
      </w:r>
    </w:p>
    <w:p>
      <w:r>
        <w:rPr>
          <w:b/>
          <w:color w:val="111111"/>
          <w:sz w:val="22"/>
        </w:rPr>
        <w:t xml:space="preserve">Landlord / agent signature / date / contact:  </w:t>
      </w:r>
      <w:r>
        <w:rPr>
          <w:b w:val="0"/>
          <w:color w:val="111111"/>
          <w:sz w:val="22"/>
        </w:rPr>
        <w:t>________________________________________</w:t>
      </w:r>
    </w:p>
    <w:p>
      <w:pPr>
        <w:spacing w:before="220"/>
      </w:pPr>
      <w:r>
        <w:rPr>
          <w:b/>
          <w:color w:val="1C2B4A"/>
          <w:sz w:val="27"/>
        </w:rPr>
        <w:t>6. Proof of Service</w:t>
      </w:r>
    </w:p>
    <w:p>
      <w:pPr>
        <w:ind w:left="216"/>
      </w:pPr>
      <w:r>
        <w:rPr>
          <w:b w:val="0"/>
          <w:color w:val="111111"/>
          <w:sz w:val="22"/>
        </w:rPr>
        <w:t>☐  Personal delivery</w:t>
      </w:r>
    </w:p>
    <w:p>
      <w:pPr>
        <w:ind w:left="216"/>
      </w:pPr>
      <w:r>
        <w:rPr>
          <w:b w:val="0"/>
          <w:color w:val="111111"/>
          <w:sz w:val="22"/>
        </w:rPr>
        <w:t>☐  Left with adult + mailed copy</w:t>
      </w:r>
    </w:p>
    <w:p>
      <w:pPr>
        <w:ind w:left="216"/>
      </w:pPr>
      <w:r>
        <w:rPr>
          <w:b w:val="0"/>
          <w:color w:val="111111"/>
          <w:sz w:val="22"/>
        </w:rPr>
        <w:t>☐  Posted + mailed copy</w:t>
      </w:r>
    </w:p>
    <w:p>
      <w:r>
        <w:rPr>
          <w:b/>
          <w:color w:val="111111"/>
          <w:sz w:val="22"/>
        </w:rPr>
        <w:t xml:space="preserve">Date and method served; who served it: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