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EMPLOYMENT OFFER LETTER</w:t>
      </w:r>
    </w:p>
    <w:p>
      <w:pPr>
        <w:spacing w:after="200"/>
        <w:pBdr>
          <w:bottom w:val="single" w:sz="12" w:space="2" w:color="C9A23A"/>
        </w:pBdr>
      </w:pPr>
      <w:r>
        <w:rPr>
          <w:b/>
          <w:color w:val="1C2B4A"/>
          <w:sz w:val="26"/>
        </w:rPr>
        <w:t>Free Fillable Legal Template — ClearLegalTips.com (2026)</w:t>
      </w:r>
    </w:p>
    <w:p>
      <w:r>
        <w:rPr>
          <w:b/>
          <w:color w:val="1C2B4A"/>
          <w:sz w:val="27"/>
        </w:rPr>
        <w:t>EMPLOYMENT OFFER LETTER</w:t>
      </w:r>
    </w:p>
    <w:p>
      <w:pPr>
        <w:spacing w:after="80"/>
      </w:pPr>
      <w:r>
        <w:rPr>
          <w:b w:val="0"/>
          <w:color w:val="111111"/>
          <w:sz w:val="22"/>
        </w:rPr>
        <w:t>[DATE]</w:t>
      </w:r>
    </w:p>
    <w:p>
      <w:r>
        <w:rPr>
          <w:b/>
          <w:color w:val="111111"/>
          <w:sz w:val="22"/>
        </w:rPr>
        <w:t xml:space="preserve">Company name / address:  </w:t>
      </w:r>
      <w:r>
        <w:rPr>
          <w:b w:val="0"/>
          <w:color w:val="111111"/>
          <w:sz w:val="22"/>
        </w:rPr>
        <w:t>________________________________________</w:t>
      </w:r>
    </w:p>
    <w:p>
      <w:r>
        <w:rPr>
          <w:b/>
          <w:color w:val="111111"/>
          <w:sz w:val="22"/>
        </w:rPr>
        <w:t xml:space="preserve">Candidate name / address:  </w:t>
      </w:r>
      <w:r>
        <w:rPr>
          <w:b w:val="0"/>
          <w:color w:val="111111"/>
          <w:sz w:val="22"/>
        </w:rPr>
        <w:t>________________________________________</w:t>
      </w:r>
    </w:p>
    <w:p>
      <w:pPr>
        <w:spacing w:after="80"/>
      </w:pPr>
      <w:r>
        <w:rPr>
          <w:b w:val="0"/>
          <w:color w:val="111111"/>
          <w:sz w:val="22"/>
        </w:rPr>
        <w:t>Dear [CANDIDATE], we are pleased to offer you the following position with [COMPANY].</w:t>
      </w:r>
    </w:p>
    <w:p>
      <w:pPr>
        <w:spacing w:before="220"/>
      </w:pPr>
      <w:r>
        <w:rPr>
          <w:b/>
          <w:color w:val="1C2B4A"/>
          <w:sz w:val="27"/>
        </w:rPr>
        <w:t>1. Position</w:t>
      </w:r>
    </w:p>
    <w:p>
      <w:r>
        <w:rPr>
          <w:b/>
          <w:color w:val="111111"/>
          <w:sz w:val="22"/>
        </w:rPr>
        <w:t xml:space="preserve">Job title:  </w:t>
      </w:r>
      <w:r>
        <w:rPr>
          <w:b w:val="0"/>
          <w:color w:val="111111"/>
          <w:sz w:val="22"/>
        </w:rPr>
        <w:t>________________________________________</w:t>
      </w:r>
    </w:p>
    <w:p>
      <w:r>
        <w:rPr>
          <w:b/>
          <w:color w:val="111111"/>
          <w:sz w:val="22"/>
        </w:rPr>
        <w:t xml:space="preserve">Department / reports to:  </w:t>
      </w:r>
      <w:r>
        <w:rPr>
          <w:b w:val="0"/>
          <w:color w:val="111111"/>
          <w:sz w:val="22"/>
        </w:rPr>
        <w:t>________________________________________</w:t>
      </w:r>
    </w:p>
    <w:p>
      <w:r>
        <w:rPr>
          <w:b/>
          <w:color w:val="111111"/>
          <w:sz w:val="22"/>
        </w:rPr>
        <w:t xml:space="preserve">Full-time / part-time:  </w:t>
      </w:r>
      <w:r>
        <w:rPr>
          <w:b w:val="0"/>
          <w:color w:val="111111"/>
          <w:sz w:val="22"/>
        </w:rPr>
        <w:t>________________________________________</w:t>
      </w:r>
    </w:p>
    <w:p>
      <w:r>
        <w:rPr>
          <w:b/>
          <w:color w:val="111111"/>
          <w:sz w:val="22"/>
        </w:rPr>
        <w:t xml:space="preserve">Exempt / non-exempt (FLSA):  </w:t>
      </w:r>
      <w:r>
        <w:rPr>
          <w:b w:val="0"/>
          <w:color w:val="111111"/>
          <w:sz w:val="22"/>
        </w:rPr>
        <w:t>________________________________________</w:t>
      </w:r>
    </w:p>
    <w:p>
      <w:pPr>
        <w:spacing w:before="220"/>
      </w:pPr>
      <w:r>
        <w:rPr>
          <w:b/>
          <w:color w:val="1C2B4A"/>
          <w:sz w:val="27"/>
        </w:rPr>
        <w:t>2. Compensation</w:t>
      </w:r>
    </w:p>
    <w:p>
      <w:r>
        <w:rPr>
          <w:b/>
          <w:color w:val="111111"/>
          <w:sz w:val="22"/>
        </w:rPr>
        <w:t xml:space="preserve">Salary or hourly rate:  </w:t>
      </w:r>
      <w:r>
        <w:rPr>
          <w:b w:val="0"/>
          <w:color w:val="111111"/>
          <w:sz w:val="22"/>
        </w:rPr>
        <w:t>________________________________________</w:t>
      </w:r>
    </w:p>
    <w:p>
      <w:r>
        <w:rPr>
          <w:b/>
          <w:color w:val="111111"/>
          <w:sz w:val="22"/>
        </w:rPr>
        <w:t xml:space="preserve">Pay frequency (e.g., bi-weekly):  </w:t>
      </w:r>
      <w:r>
        <w:rPr>
          <w:b w:val="0"/>
          <w:color w:val="111111"/>
          <w:sz w:val="22"/>
        </w:rPr>
        <w:t>________________________________________</w:t>
      </w:r>
    </w:p>
    <w:p>
      <w:pPr>
        <w:spacing w:before="220"/>
      </w:pPr>
      <w:r>
        <w:rPr>
          <w:b/>
          <w:color w:val="1C2B4A"/>
          <w:sz w:val="27"/>
        </w:rPr>
        <w:t>3. Start Date</w:t>
      </w:r>
    </w:p>
    <w:p>
      <w:r>
        <w:rPr>
          <w:b/>
          <w:color w:val="111111"/>
          <w:sz w:val="22"/>
        </w:rPr>
        <w:t xml:space="preserve">Expected first day:  </w:t>
      </w:r>
      <w:r>
        <w:rPr>
          <w:b w:val="0"/>
          <w:color w:val="111111"/>
          <w:sz w:val="22"/>
        </w:rPr>
        <w:t>________________________________________</w:t>
      </w:r>
    </w:p>
    <w:p>
      <w:pPr>
        <w:spacing w:before="220"/>
      </w:pPr>
      <w:r>
        <w:rPr>
          <w:b/>
          <w:color w:val="1C2B4A"/>
          <w:sz w:val="27"/>
        </w:rPr>
        <w:t>4. At-Will Employment</w:t>
      </w:r>
    </w:p>
    <w:p>
      <w:pPr>
        <w:spacing w:after="80"/>
      </w:pPr>
      <w:r>
        <w:rPr>
          <w:b w:val="0"/>
          <w:color w:val="111111"/>
          <w:sz w:val="22"/>
        </w:rPr>
        <w:t>Your employment with [COMPANY] is at-will, meaning either you or the Company may end it at any time, with or without cause or notice. Nothing in this letter creates a contract of employment for any specific period.</w:t>
      </w:r>
    </w:p>
    <w:p>
      <w:pPr>
        <w:spacing w:before="220"/>
      </w:pPr>
      <w:r>
        <w:rPr>
          <w:b/>
          <w:color w:val="1C2B4A"/>
          <w:sz w:val="27"/>
        </w:rPr>
        <w:t>5. Contingencies</w:t>
      </w:r>
    </w:p>
    <w:p>
      <w:pPr>
        <w:spacing w:after="80"/>
      </w:pPr>
      <w:r>
        <w:rPr>
          <w:b w:val="0"/>
          <w:color w:val="111111"/>
          <w:sz w:val="22"/>
        </w:rPr>
        <w:t>This offer is contingent upon:</w:t>
      </w:r>
    </w:p>
    <w:p>
      <w:pPr>
        <w:ind w:left="216"/>
      </w:pPr>
      <w:r>
        <w:rPr>
          <w:b w:val="0"/>
          <w:color w:val="111111"/>
          <w:sz w:val="22"/>
        </w:rPr>
        <w:t>☐  Satisfactory background check (with your consent)</w:t>
      </w:r>
    </w:p>
    <w:p>
      <w:pPr>
        <w:ind w:left="216"/>
      </w:pPr>
      <w:r>
        <w:rPr>
          <w:b w:val="0"/>
          <w:color w:val="111111"/>
          <w:sz w:val="22"/>
        </w:rPr>
        <w:t>☐  Proof of work authorization (Form I-9)</w:t>
      </w:r>
    </w:p>
    <w:p>
      <w:pPr>
        <w:ind w:left="216"/>
      </w:pPr>
      <w:r>
        <w:rPr>
          <w:b w:val="0"/>
          <w:color w:val="111111"/>
          <w:sz w:val="22"/>
        </w:rPr>
        <w:t>☐  Reference checks</w:t>
      </w:r>
    </w:p>
    <w:p>
      <w:pPr>
        <w:ind w:left="216"/>
      </w:pPr>
      <w:r>
        <w:rPr>
          <w:b w:val="0"/>
          <w:color w:val="111111"/>
          <w:sz w:val="22"/>
        </w:rPr>
        <w:t>☐  Signing the Company's confidentiality / IP-assignment agreement</w:t>
      </w:r>
    </w:p>
    <w:p>
      <w:pPr>
        <w:spacing w:before="220"/>
      </w:pPr>
      <w:r>
        <w:rPr>
          <w:b/>
          <w:color w:val="1C2B4A"/>
          <w:sz w:val="27"/>
        </w:rPr>
        <w:t>6. Benefits</w:t>
      </w:r>
    </w:p>
    <w:p>
      <w:r>
        <w:rPr>
          <w:b/>
          <w:color w:val="111111"/>
          <w:sz w:val="22"/>
        </w:rPr>
        <w:t xml:space="preserve">Brief benefits summary (refer to plan documents):  </w:t>
      </w:r>
      <w:r>
        <w:rPr>
          <w:b w:val="0"/>
          <w:color w:val="111111"/>
          <w:sz w:val="22"/>
        </w:rPr>
        <w:t>________________________________________</w:t>
      </w:r>
    </w:p>
    <w:p>
      <w:pPr>
        <w:spacing w:before="220"/>
      </w:pPr>
      <w:r>
        <w:rPr>
          <w:b/>
          <w:color w:val="1C2B4A"/>
          <w:sz w:val="27"/>
        </w:rPr>
        <w:t>7. Acceptance</w:t>
      </w:r>
    </w:p>
    <w:p>
      <w:pPr>
        <w:spacing w:after="80"/>
      </w:pPr>
      <w:r>
        <w:rPr>
          <w:b w:val="0"/>
          <w:color w:val="111111"/>
          <w:sz w:val="22"/>
        </w:rPr>
        <w:t>To accept, sign below and return by [DEADLINE].</w:t>
      </w:r>
    </w:p>
    <w:p>
      <w:r>
        <w:rPr>
          <w:b/>
          <w:color w:val="111111"/>
          <w:sz w:val="22"/>
        </w:rPr>
        <w:t xml:space="preserve">Employer signature / title / date:  </w:t>
      </w:r>
      <w:r>
        <w:rPr>
          <w:b w:val="0"/>
          <w:color w:val="111111"/>
          <w:sz w:val="22"/>
        </w:rPr>
        <w:t>________________________________________</w:t>
      </w:r>
    </w:p>
    <w:p>
      <w:r>
        <w:rPr>
          <w:b/>
          <w:color w:val="111111"/>
          <w:sz w:val="22"/>
        </w:rPr>
        <w:t xml:space="preserve">Candidate signature / date:  </w:t>
      </w:r>
      <w:r>
        <w:rPr>
          <w:b w:val="0"/>
          <w:color w:val="111111"/>
          <w:sz w:val="22"/>
        </w:rPr>
        <w:t>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Complete the bracketed fields, delete anything that does not apply, sign, and keep with your records. This template is provided for informational purposes only and does not constitute legal advice. Laws vary by state and change over time. Have an attorney review your completed document before relying on it. ClearLegalTips.com is not a law firm.</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