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NOTICE TO VACATE</w:t>
      </w:r>
    </w:p>
    <w:p>
      <w:pPr>
        <w:spacing w:after="200"/>
        <w:pBdr>
          <w:bottom w:val="single" w:sz="12" w:space="2" w:color="C9A23A"/>
        </w:pBdr>
      </w:pPr>
      <w:r>
        <w:rPr>
          <w:b/>
          <w:color w:val="1C2B4A"/>
          <w:sz w:val="26"/>
        </w:rPr>
        <w:t>Free Fillable Legal Template — ClearLegalTips.com (2026)</w:t>
      </w:r>
    </w:p>
    <w:p>
      <w:r>
        <w:rPr>
          <w:b/>
          <w:color w:val="1C2B4A"/>
          <w:sz w:val="27"/>
        </w:rPr>
        <w:t>NOTICE TO VACATE</w:t>
      </w:r>
    </w:p>
    <w:p>
      <w:pPr>
        <w:spacing w:after="80"/>
      </w:pPr>
      <w:r>
        <w:rPr>
          <w:b w:val="0"/>
          <w:color w:val="111111"/>
          <w:sz w:val="22"/>
        </w:rPr>
        <w:t>Choose the version that applies and delete the other.</w:t>
      </w:r>
    </w:p>
    <w:p>
      <w:pPr>
        <w:spacing w:before="220"/>
      </w:pPr>
      <w:r>
        <w:rPr>
          <w:b/>
          <w:color w:val="1C2B4A"/>
          <w:sz w:val="27"/>
        </w:rPr>
        <w:t>Version A — Tenant to Landlord</w:t>
      </w:r>
    </w:p>
    <w:p>
      <w:pPr>
        <w:spacing w:after="80"/>
      </w:pPr>
      <w:r>
        <w:rPr>
          <w:b w:val="0"/>
          <w:color w:val="111111"/>
          <w:sz w:val="22"/>
        </w:rPr>
        <w:t>[DATE]  To: [LANDLORD NAME / ADDRESS]</w:t>
      </w:r>
    </w:p>
    <w:p>
      <w:pPr>
        <w:spacing w:after="80"/>
      </w:pPr>
      <w:r>
        <w:rPr>
          <w:b w:val="0"/>
          <w:color w:val="111111"/>
          <w:sz w:val="22"/>
        </w:rPr>
        <w:t>This is my written notice that I will vacate the rental at [RENTAL ADDRESS] on [MOVE-OUT DATE], in accordance with my lease and [STATE] law.</w:t>
      </w:r>
    </w:p>
    <w:p>
      <w:r>
        <w:rPr>
          <w:b/>
          <w:color w:val="111111"/>
          <w:sz w:val="22"/>
        </w:rPr>
        <w:t xml:space="preserve">Tenant name(s):  </w:t>
      </w:r>
      <w:r>
        <w:rPr>
          <w:b w:val="0"/>
          <w:color w:val="111111"/>
          <w:sz w:val="22"/>
        </w:rPr>
        <w:t>________________________________________</w:t>
      </w:r>
    </w:p>
    <w:p>
      <w:r>
        <w:rPr>
          <w:b/>
          <w:color w:val="111111"/>
          <w:sz w:val="22"/>
        </w:rPr>
        <w:t xml:space="preserve">Forwarding address (for the security deposit):  </w:t>
      </w:r>
      <w:r>
        <w:rPr>
          <w:b w:val="0"/>
          <w:color w:val="111111"/>
          <w:sz w:val="22"/>
        </w:rPr>
        <w:t>________________________________________</w:t>
      </w:r>
    </w:p>
    <w:p>
      <w:pPr>
        <w:ind w:left="216"/>
      </w:pPr>
      <w:r>
        <w:rPr>
          <w:b w:val="0"/>
          <w:color w:val="111111"/>
          <w:sz w:val="22"/>
        </w:rPr>
        <w:t>☐  I request a move-out inspection</w:t>
      </w:r>
    </w:p>
    <w:p>
      <w:r>
        <w:rPr>
          <w:b/>
          <w:color w:val="111111"/>
          <w:sz w:val="22"/>
        </w:rPr>
        <w:t xml:space="preserve">Tenant signature / date:  </w:t>
      </w:r>
      <w:r>
        <w:rPr>
          <w:b w:val="0"/>
          <w:color w:val="111111"/>
          <w:sz w:val="22"/>
        </w:rPr>
        <w:t>________________________________________</w:t>
      </w:r>
    </w:p>
    <w:p>
      <w:pPr>
        <w:spacing w:before="220"/>
      </w:pPr>
      <w:r>
        <w:rPr>
          <w:b/>
          <w:color w:val="1C2B4A"/>
          <w:sz w:val="27"/>
        </w:rPr>
        <w:t>Version B — Landlord to Tenant</w:t>
      </w:r>
    </w:p>
    <w:p>
      <w:pPr>
        <w:spacing w:after="80"/>
      </w:pPr>
      <w:r>
        <w:rPr>
          <w:b w:val="0"/>
          <w:color w:val="111111"/>
          <w:sz w:val="22"/>
        </w:rPr>
        <w:t>[DATE]  To: [TENANT NAME / ADDRESS]</w:t>
      </w:r>
    </w:p>
    <w:p>
      <w:pPr>
        <w:spacing w:after="80"/>
      </w:pPr>
      <w:r>
        <w:rPr>
          <w:b w:val="0"/>
          <w:color w:val="111111"/>
          <w:sz w:val="22"/>
        </w:rPr>
        <w:t>This is notice that your month-to-month tenancy at [RENTAL ADDRESS] will terminate and you must vacate on or before [MOVE-OUT DATE], which is at least [30/60] days from the date of this notice.</w:t>
      </w:r>
    </w:p>
    <w:p>
      <w:r>
        <w:rPr>
          <w:b/>
          <w:color w:val="111111"/>
          <w:sz w:val="22"/>
        </w:rPr>
        <w:t xml:space="preserve">Reason (if required in just-cause areas):  </w:t>
      </w:r>
      <w:r>
        <w:rPr>
          <w:b w:val="0"/>
          <w:color w:val="111111"/>
          <w:sz w:val="22"/>
        </w:rPr>
        <w:t>________________________________________</w:t>
      </w:r>
    </w:p>
    <w:p>
      <w:r>
        <w:rPr>
          <w:b/>
          <w:color w:val="111111"/>
          <w:sz w:val="22"/>
        </w:rPr>
        <w:t xml:space="preserve">Move-out instructions / inspection offer:  </w:t>
      </w:r>
      <w:r>
        <w:rPr>
          <w:b w:val="0"/>
          <w:color w:val="111111"/>
          <w:sz w:val="22"/>
        </w:rPr>
        <w:t>________________________________________</w:t>
      </w:r>
    </w:p>
    <w:p>
      <w:r>
        <w:rPr>
          <w:b/>
          <w:color w:val="111111"/>
          <w:sz w:val="22"/>
        </w:rPr>
        <w:t xml:space="preserve">Landlord signature / date:  </w:t>
      </w:r>
      <w:r>
        <w:rPr>
          <w:b w:val="0"/>
          <w:color w:val="111111"/>
          <w:sz w:val="22"/>
        </w:rPr>
        <w:t>________________________________________</w:t>
      </w:r>
    </w:p>
    <w:p>
      <w:pPr>
        <w:spacing w:before="220"/>
      </w:pPr>
      <w:r>
        <w:rPr>
          <w:b/>
          <w:color w:val="1C2B4A"/>
          <w:sz w:val="27"/>
        </w:rPr>
        <w:t>Notice Period</w:t>
      </w:r>
    </w:p>
    <w:p>
      <w:r>
        <w:rPr>
          <w:b/>
          <w:color w:val="111111"/>
          <w:sz w:val="22"/>
        </w:rPr>
        <w:t xml:space="preserve">Required notice in your state/lease (e.g., 30 days):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