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Mortgage Loan Modification Request Letter</w:t>
      </w:r>
    </w:p>
    <w:p>
      <w:r>
        <w:rPr>
          <w:b/>
          <w:color w:val="111111"/>
          <w:sz w:val="22"/>
        </w:rPr>
        <w:t>Free Fillable Legal Template — ClearLegalTips.com (2026)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A hardship letter to request a loan modification from your mortgage servicer. Fill in the bracketed fields and attach the documents listed in the checklist.</w:t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1. Your Information</w:t>
      </w:r>
    </w:p>
    <w:p>
      <w:r>
        <w:rPr>
          <w:b/>
          <w:color w:val="111111"/>
          <w:sz w:val="22"/>
        </w:rPr>
        <w:t xml:space="preserve">Your name: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Property address: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Loan / account number: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Date: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2. Servicer</w:t>
      </w:r>
    </w:p>
    <w:p>
      <w:r>
        <w:rPr>
          <w:b/>
          <w:color w:val="111111"/>
          <w:sz w:val="22"/>
        </w:rPr>
        <w:t xml:space="preserve">Lender / servicer name &amp; address: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3. Request</w:t>
      </w:r>
    </w:p>
    <w:p>
      <w:pPr>
        <w:spacing w:after="80"/>
      </w:pPr>
      <w:r>
        <w:rPr>
          <w:b w:val="0"/>
          <w:color w:val="111111"/>
          <w:sz w:val="22"/>
        </w:rPr>
        <w:t>I am writing to request a modification of my mortgage loan due to financial hardship.</w:t>
      </w:r>
    </w:p>
    <w:p>
      <w:pPr>
        <w:spacing w:before="220"/>
      </w:pPr>
      <w:r>
        <w:rPr>
          <w:b/>
          <w:color w:val="1C2B4A"/>
          <w:sz w:val="27"/>
        </w:rPr>
        <w:t>4. Hardship</w:t>
      </w:r>
    </w:p>
    <w:p>
      <w:pPr>
        <w:ind w:left="216"/>
      </w:pPr>
      <w:r>
        <w:rPr>
          <w:b w:val="0"/>
          <w:color w:val="111111"/>
          <w:sz w:val="22"/>
        </w:rPr>
        <w:t>☐  Job loss / reduced income</w:t>
      </w:r>
    </w:p>
    <w:p>
      <w:pPr>
        <w:ind w:left="216"/>
      </w:pPr>
      <w:r>
        <w:rPr>
          <w:b w:val="0"/>
          <w:color w:val="111111"/>
          <w:sz w:val="22"/>
        </w:rPr>
        <w:t>☐  Medical expenses</w:t>
      </w:r>
    </w:p>
    <w:p>
      <w:pPr>
        <w:ind w:left="216"/>
      </w:pPr>
      <w:r>
        <w:rPr>
          <w:b w:val="0"/>
          <w:color w:val="111111"/>
          <w:sz w:val="22"/>
        </w:rPr>
        <w:t>☐  Divorce</w:t>
      </w:r>
    </w:p>
    <w:p>
      <w:pPr>
        <w:ind w:left="216"/>
      </w:pPr>
      <w:r>
        <w:rPr>
          <w:b w:val="0"/>
          <w:color w:val="111111"/>
          <w:sz w:val="22"/>
        </w:rPr>
        <w:t>☐  Other</w:t>
      </w:r>
    </w:p>
    <w:p>
      <w:r>
        <w:rPr>
          <w:b/>
          <w:color w:val="111111"/>
          <w:sz w:val="22"/>
        </w:rPr>
        <w:t xml:space="preserve">Explain your hardship and when it began: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5. Current Situation</w:t>
      </w:r>
    </w:p>
    <w:p>
      <w:r>
        <w:rPr>
          <w:b/>
          <w:color w:val="111111"/>
          <w:sz w:val="22"/>
        </w:rPr>
        <w:t xml:space="preserve">Monthly income: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Monthly expenses: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What modification you are requesting (lower rate, longer term, etc.):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6. Closing</w:t>
      </w:r>
    </w:p>
    <w:p>
      <w:pPr>
        <w:spacing w:after="80"/>
      </w:pPr>
      <w:r>
        <w:rPr>
          <w:b w:val="0"/>
          <w:color w:val="111111"/>
          <w:sz w:val="22"/>
        </w:rPr>
        <w:t>I have enclosed supporting documents and can be reached at the number below.</w:t>
      </w:r>
    </w:p>
    <w:p>
      <w:r>
        <w:rPr>
          <w:b/>
          <w:color w:val="111111"/>
          <w:sz w:val="22"/>
        </w:rPr>
        <w:t xml:space="preserve">Phone / email: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Signature</w:t>
      </w:r>
    </w:p>
    <w:p/>
    <w:p>
      <w:r>
        <w:rPr>
          <w:b/>
          <w:color w:val="111111"/>
          <w:sz w:val="22"/>
        </w:rPr>
        <w:t>Homeowner</w:t>
      </w:r>
    </w:p>
    <w:p>
      <w:r>
        <w:rPr>
          <w:b/>
          <w:color w:val="111111"/>
          <w:sz w:val="22"/>
        </w:rPr>
        <w:t xml:space="preserve">Printed Name: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Signature:  </w:t>
      </w:r>
      <w:r>
        <w:rPr>
          <w:b w:val="0"/>
          <w:color w:val="111111"/>
          <w:sz w:val="22"/>
        </w:rPr>
        <w:t>________________________________________</w:t>
      </w:r>
    </w:p>
    <w:p/>
    <w:p>
      <w:pPr>
        <w:spacing w:after="80"/>
      </w:pPr>
      <w:r>
        <w:rPr>
          <w:b w:val="0"/>
          <w:color w:val="111111"/>
          <w:sz w:val="22"/>
        </w:rPr>
        <w:t>This resource is provided by ClearLegalTips.com for general informational purposes only and does not constitute legal advice. Laws vary by state and change over time. Consult a licensed attorney for advice specific to your situation.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