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LEASE TERMINATION AGREEMENT</w:t>
      </w:r>
    </w:p>
    <w:p>
      <w:pPr>
        <w:spacing w:after="200"/>
        <w:pBdr>
          <w:bottom w:val="single" w:sz="12" w:space="2" w:color="C9A23A"/>
        </w:pBdr>
      </w:pPr>
      <w:r>
        <w:rPr>
          <w:b/>
          <w:color w:val="1C2B4A"/>
          <w:sz w:val="26"/>
        </w:rPr>
        <w:t>Free Fillable Legal Template — ClearLegalTips.com (2026)</w:t>
      </w:r>
    </w:p>
    <w:p>
      <w:r>
        <w:rPr>
          <w:b/>
          <w:color w:val="1C2B4A"/>
          <w:sz w:val="27"/>
        </w:rPr>
        <w:t>LEASE TERMINATION AGREEMENT</w:t>
      </w:r>
    </w:p>
    <w:p>
      <w:pPr>
        <w:spacing w:after="80"/>
      </w:pPr>
      <w:r>
        <w:rPr>
          <w:b w:val="0"/>
          <w:color w:val="111111"/>
          <w:sz w:val="22"/>
        </w:rPr>
        <w:t>This Lease Termination Agreement is made on [DATE] between [LANDLORD] ("Landlord") and [TENANT(S)] ("Tenant").</w:t>
      </w:r>
    </w:p>
    <w:p>
      <w:pPr>
        <w:spacing w:before="220"/>
      </w:pPr>
      <w:r>
        <w:rPr>
          <w:b/>
          <w:color w:val="1C2B4A"/>
          <w:sz w:val="27"/>
        </w:rPr>
        <w:t>1. Property</w:t>
      </w:r>
    </w:p>
    <w:p>
      <w:r>
        <w:rPr>
          <w:b/>
          <w:color w:val="111111"/>
          <w:sz w:val="22"/>
        </w:rPr>
        <w:t xml:space="preserve">Rental address / unit:  </w:t>
      </w:r>
      <w:r>
        <w:rPr>
          <w:b w:val="0"/>
          <w:color w:val="111111"/>
          <w:sz w:val="22"/>
        </w:rPr>
        <w:t>________________________________________</w:t>
      </w:r>
    </w:p>
    <w:p>
      <w:pPr>
        <w:spacing w:before="220"/>
      </w:pPr>
      <w:r>
        <w:rPr>
          <w:b/>
          <w:color w:val="1C2B4A"/>
          <w:sz w:val="27"/>
        </w:rPr>
        <w:t>2. Original Lease</w:t>
      </w:r>
    </w:p>
    <w:p>
      <w:r>
        <w:rPr>
          <w:b/>
          <w:color w:val="111111"/>
          <w:sz w:val="22"/>
        </w:rPr>
        <w:t xml:space="preserve">Original lease date:  </w:t>
      </w:r>
      <w:r>
        <w:rPr>
          <w:b w:val="0"/>
          <w:color w:val="111111"/>
          <w:sz w:val="22"/>
        </w:rPr>
        <w:t>________________________________________</w:t>
      </w:r>
    </w:p>
    <w:p>
      <w:r>
        <w:rPr>
          <w:b/>
          <w:color w:val="111111"/>
          <w:sz w:val="22"/>
        </w:rPr>
        <w:t xml:space="preserve">Original end date:  </w:t>
      </w:r>
      <w:r>
        <w:rPr>
          <w:b w:val="0"/>
          <w:color w:val="111111"/>
          <w:sz w:val="22"/>
        </w:rPr>
        <w:t>________________________________________</w:t>
      </w:r>
    </w:p>
    <w:p>
      <w:pPr>
        <w:spacing w:before="220"/>
      </w:pPr>
      <w:r>
        <w:rPr>
          <w:b/>
          <w:color w:val="1C2B4A"/>
          <w:sz w:val="27"/>
        </w:rPr>
        <w:t>3. Agreed Termination Date</w:t>
      </w:r>
    </w:p>
    <w:p>
      <w:r>
        <w:rPr>
          <w:b/>
          <w:color w:val="111111"/>
          <w:sz w:val="22"/>
        </w:rPr>
        <w:t xml:space="preserve">Date tenant will vacate and lease ends:  </w:t>
      </w:r>
      <w:r>
        <w:rPr>
          <w:b w:val="0"/>
          <w:color w:val="111111"/>
          <w:sz w:val="22"/>
        </w:rPr>
        <w:t>________________________________________</w:t>
      </w:r>
    </w:p>
    <w:p>
      <w:pPr>
        <w:spacing w:before="220"/>
      </w:pPr>
      <w:r>
        <w:rPr>
          <w:b/>
          <w:color w:val="1C2B4A"/>
          <w:sz w:val="27"/>
        </w:rPr>
        <w:t>4. Financial Terms</w:t>
      </w:r>
    </w:p>
    <w:p>
      <w:r>
        <w:rPr>
          <w:b/>
          <w:color w:val="111111"/>
          <w:sz w:val="22"/>
        </w:rPr>
        <w:t xml:space="preserve">Early-termination fee or final settlement amount (if any):  </w:t>
      </w:r>
      <w:r>
        <w:rPr>
          <w:b w:val="0"/>
          <w:color w:val="111111"/>
          <w:sz w:val="22"/>
        </w:rPr>
        <w:t>________________________________________</w:t>
      </w:r>
    </w:p>
    <w:p>
      <w:r>
        <w:rPr>
          <w:b/>
          <w:color w:val="111111"/>
          <w:sz w:val="22"/>
        </w:rPr>
        <w:t xml:space="preserve">Confirm rent is paid through the termination date:  </w:t>
      </w:r>
      <w:r>
        <w:rPr>
          <w:b w:val="0"/>
          <w:color w:val="111111"/>
          <w:sz w:val="22"/>
        </w:rPr>
        <w:t>________________________________________</w:t>
      </w:r>
    </w:p>
    <w:p>
      <w:pPr>
        <w:spacing w:before="220"/>
      </w:pPr>
      <w:r>
        <w:rPr>
          <w:b/>
          <w:color w:val="1C2B4A"/>
          <w:sz w:val="27"/>
        </w:rPr>
        <w:t>5. Security Deposit</w:t>
      </w:r>
    </w:p>
    <w:p>
      <w:r>
        <w:rPr>
          <w:b/>
          <w:color w:val="111111"/>
          <w:sz w:val="22"/>
        </w:rPr>
        <w:t xml:space="preserve">How/when the deposit will be returned or applied (per state deadline):  </w:t>
      </w:r>
      <w:r>
        <w:rPr>
          <w:b w:val="0"/>
          <w:color w:val="111111"/>
          <w:sz w:val="22"/>
        </w:rPr>
        <w:t>________________________________________</w:t>
      </w:r>
    </w:p>
    <w:p>
      <w:pPr>
        <w:spacing w:before="220"/>
      </w:pPr>
      <w:r>
        <w:rPr>
          <w:b/>
          <w:color w:val="1C2B4A"/>
          <w:sz w:val="27"/>
        </w:rPr>
        <w:t>6. Condition &amp; Keys</w:t>
      </w:r>
    </w:p>
    <w:p>
      <w:pPr>
        <w:ind w:left="216"/>
      </w:pPr>
      <w:r>
        <w:rPr>
          <w:b w:val="0"/>
          <w:color w:val="111111"/>
          <w:sz w:val="22"/>
        </w:rPr>
        <w:t>☐  Move-out walkthrough completed</w:t>
      </w:r>
    </w:p>
    <w:p>
      <w:pPr>
        <w:ind w:left="216"/>
      </w:pPr>
      <w:r>
        <w:rPr>
          <w:b w:val="0"/>
          <w:color w:val="111111"/>
          <w:sz w:val="22"/>
        </w:rPr>
        <w:t>☐  Keys / access devices returned</w:t>
      </w:r>
    </w:p>
    <w:p>
      <w:pPr>
        <w:spacing w:before="220"/>
      </w:pPr>
      <w:r>
        <w:rPr>
          <w:b/>
          <w:color w:val="1C2B4A"/>
          <w:sz w:val="27"/>
        </w:rPr>
        <w:t>7. Mutual Release</w:t>
      </w:r>
    </w:p>
    <w:p>
      <w:pPr>
        <w:spacing w:after="80"/>
      </w:pPr>
      <w:r>
        <w:rPr>
          <w:b w:val="0"/>
          <w:color w:val="111111"/>
          <w:sz w:val="22"/>
        </w:rPr>
        <w:t>Once the terms above are met, Landlord and Tenant release each other from all further obligations under the lease, including any remaining rent.</w:t>
      </w:r>
    </w:p>
    <w:p>
      <w:pPr>
        <w:spacing w:before="220"/>
      </w:pPr>
      <w:r>
        <w:rPr>
          <w:b/>
          <w:color w:val="1C2B4A"/>
          <w:sz w:val="27"/>
        </w:rPr>
        <w:t>8. Signatures</w:t>
      </w:r>
    </w:p>
    <w:p>
      <w:r>
        <w:rPr>
          <w:b/>
          <w:color w:val="111111"/>
          <w:sz w:val="22"/>
        </w:rPr>
        <w:t xml:space="preserve">Landlord signature / date:  </w:t>
      </w:r>
      <w:r>
        <w:rPr>
          <w:b w:val="0"/>
          <w:color w:val="111111"/>
          <w:sz w:val="22"/>
        </w:rPr>
        <w:t>________________________________________</w:t>
      </w:r>
    </w:p>
    <w:p>
      <w:r>
        <w:rPr>
          <w:b/>
          <w:color w:val="111111"/>
          <w:sz w:val="22"/>
        </w:rPr>
        <w:t xml:space="preserve">Tenant signature(s) / date: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