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Last Will and Testament</w:t>
      </w:r>
    </w:p>
    <w:p>
      <w:pPr>
        <w:spacing w:after="200"/>
        <w:pBdr>
          <w:bottom w:val="single" w:sz="12" w:space="2" w:color="C9A23A"/>
        </w:pBdr>
      </w:pPr>
      <w:r>
        <w:rPr>
          <w:b/>
          <w:color w:val="1C2B4A"/>
          <w:sz w:val="26"/>
        </w:rPr>
        <w:t>Free Fillable Legal Template — ClearLegalTips.com (2026)</w:t>
      </w:r>
    </w:p>
    <w:p>
      <w:pPr>
        <w:spacing w:after="80"/>
      </w:pPr>
      <w:r>
        <w:rPr>
          <w:b w:val="0"/>
          <w:color w:val="111111"/>
          <w:sz w:val="22"/>
        </w:rPr>
        <w:t>This is a general-purpose simple Will template for individuals with straightforward estates. Replace every bracketed field, delete any Article you do not need, and read the execution rules before anyone signs. Wills have strict execution requirements: most states require the testator's signature in the presence of two witnesses who also sign. This template does not constitute legal advice.</w:t>
      </w:r>
    </w:p>
    <w:p/>
    <w:p>
      <w:pPr>
        <w:spacing w:before="220"/>
      </w:pPr>
      <w:r>
        <w:rPr>
          <w:b/>
          <w:color w:val="1C2B4A"/>
          <w:sz w:val="27"/>
        </w:rPr>
        <w:t>Last Will and Testament of [FULL LEGAL NAME]</w:t>
      </w:r>
    </w:p>
    <w:p>
      <w:pPr>
        <w:spacing w:after="80"/>
      </w:pPr>
      <w:r>
        <w:rPr>
          <w:b w:val="0"/>
          <w:color w:val="111111"/>
          <w:sz w:val="22"/>
        </w:rPr>
        <w:t>I, [FULL LEGAL NAME], of [CITY], [COUNTY] County, State of [STATE], being of legal age and of sound mind and memory, do hereby declare this instrument to be my Last Will and Testament. I hereby revoke all prior Wills and Codicils.</w:t>
      </w:r>
    </w:p>
    <w:p/>
    <w:p>
      <w:pPr>
        <w:spacing w:before="220"/>
      </w:pPr>
      <w:r>
        <w:rPr>
          <w:b/>
          <w:color w:val="1C2B4A"/>
          <w:sz w:val="27"/>
        </w:rPr>
        <w:t>Article I — Family Declarations</w:t>
      </w:r>
    </w:p>
    <w:p>
      <w:r>
        <w:rPr>
          <w:b/>
          <w:color w:val="111111"/>
          <w:sz w:val="22"/>
        </w:rPr>
        <w:t xml:space="preserve">Marital Status (Single / Married / Divorced / Widowed):  </w:t>
      </w:r>
      <w:r>
        <w:rPr>
          <w:b w:val="0"/>
          <w:color w:val="111111"/>
          <w:sz w:val="22"/>
        </w:rPr>
        <w:t>________________________________________</w:t>
      </w:r>
    </w:p>
    <w:p>
      <w:r>
        <w:rPr>
          <w:b/>
          <w:color w:val="111111"/>
          <w:sz w:val="22"/>
        </w:rPr>
        <w:t xml:space="preserve">Spouse, if married (full legal name):  </w:t>
      </w:r>
      <w:r>
        <w:rPr>
          <w:b w:val="0"/>
          <w:color w:val="111111"/>
          <w:sz w:val="22"/>
        </w:rPr>
        <w:t>________________________________________</w:t>
      </w:r>
    </w:p>
    <w:p>
      <w:r>
        <w:rPr>
          <w:b/>
          <w:color w:val="111111"/>
          <w:sz w:val="22"/>
        </w:rPr>
        <w:t>Children:</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Name</w:t>
            </w:r>
          </w:p>
        </w:tc>
        <w:tc>
          <w:tcPr>
            <w:tcW w:type="dxa" w:w="2880"/>
            <w:shd w:val="clear" w:fill="1C2B4A"/>
          </w:tcPr>
          <w:p>
            <w:r>
              <w:rPr>
                <w:b/>
                <w:color w:val="FFFFFF"/>
                <w:sz w:val="20"/>
              </w:rPr>
              <w:t>Date of Birth</w:t>
            </w:r>
          </w:p>
        </w:tc>
        <w:tc>
          <w:tcPr>
            <w:tcW w:type="dxa" w:w="2880"/>
            <w:shd w:val="clear" w:fill="1C2B4A"/>
          </w:tcPr>
          <w:p>
            <w:r>
              <w:rPr>
                <w:b/>
                <w:color w:val="FFFFFF"/>
                <w:sz w:val="20"/>
              </w:rPr>
              <w:t>Relationship</w:t>
            </w:r>
          </w:p>
        </w:tc>
      </w:tr>
      <w:tr>
        <w:tc>
          <w:tcPr>
            <w:tcW w:type="dxa" w:w="2880"/>
          </w:tcPr>
          <w:p>
            <w:r>
              <w:rPr>
                <w:b w:val="0"/>
                <w:color w:val="111111"/>
                <w:sz w:val="20"/>
              </w:rPr>
              <w:t>[CHILD 1 FULL NAME]</w:t>
            </w:r>
          </w:p>
        </w:tc>
        <w:tc>
          <w:tcPr>
            <w:tcW w:type="dxa" w:w="2880"/>
          </w:tcPr>
          <w:p>
            <w:r>
              <w:rPr>
                <w:b w:val="0"/>
                <w:color w:val="111111"/>
                <w:sz w:val="20"/>
              </w:rPr>
              <w:t>[DOB]</w:t>
            </w:r>
          </w:p>
        </w:tc>
        <w:tc>
          <w:tcPr>
            <w:tcW w:type="dxa" w:w="2880"/>
          </w:tcPr>
          <w:p>
            <w:r>
              <w:rPr>
                <w:b w:val="0"/>
                <w:color w:val="111111"/>
                <w:sz w:val="20"/>
              </w:rPr>
              <w:t>[Biological / Adopted / Stepchild]</w:t>
            </w:r>
          </w:p>
        </w:tc>
      </w:tr>
      <w:tr>
        <w:tc>
          <w:tcPr>
            <w:tcW w:type="dxa" w:w="2880"/>
          </w:tcPr>
          <w:p>
            <w:r>
              <w:rPr>
                <w:b w:val="0"/>
                <w:color w:val="111111"/>
                <w:sz w:val="20"/>
              </w:rPr>
              <w:t>[CHILD 2 FULL NAME]</w:t>
            </w:r>
          </w:p>
        </w:tc>
        <w:tc>
          <w:tcPr>
            <w:tcW w:type="dxa" w:w="2880"/>
          </w:tcPr>
          <w:p>
            <w:r>
              <w:rPr>
                <w:b w:val="0"/>
                <w:color w:val="111111"/>
                <w:sz w:val="20"/>
              </w:rPr>
              <w:t>[DOB]</w:t>
            </w:r>
          </w:p>
        </w:tc>
        <w:tc>
          <w:tcPr>
            <w:tcW w:type="dxa" w:w="2880"/>
          </w:tcPr>
          <w:p>
            <w:r>
              <w:rPr>
                <w:b w:val="0"/>
                <w:color w:val="111111"/>
                <w:sz w:val="20"/>
              </w:rPr>
              <w:t>[Biological / Adopted / Stepchild]</w:t>
            </w:r>
          </w:p>
        </w:tc>
      </w:tr>
      <w:tr>
        <w:tc>
          <w:tcPr>
            <w:tcW w:type="dxa" w:w="2880"/>
          </w:tcPr>
          <w:p>
            <w:r>
              <w:rPr>
                <w:b w:val="0"/>
                <w:color w:val="111111"/>
                <w:sz w:val="20"/>
              </w:rPr>
              <w:t>[CHILD 3 FULL NAME]</w:t>
            </w:r>
          </w:p>
        </w:tc>
        <w:tc>
          <w:tcPr>
            <w:tcW w:type="dxa" w:w="2880"/>
          </w:tcPr>
          <w:p>
            <w:r>
              <w:rPr>
                <w:b w:val="0"/>
                <w:color w:val="111111"/>
                <w:sz w:val="20"/>
              </w:rPr>
              <w:t>[DOB]</w:t>
            </w:r>
          </w:p>
        </w:tc>
        <w:tc>
          <w:tcPr>
            <w:tcW w:type="dxa" w:w="2880"/>
          </w:tcPr>
          <w:p>
            <w:r>
              <w:rPr>
                <w:b w:val="0"/>
                <w:color w:val="111111"/>
                <w:sz w:val="20"/>
              </w:rPr>
              <w:t>[Biological / Adopted / Stepchild]</w:t>
            </w:r>
          </w:p>
        </w:tc>
      </w:tr>
    </w:tbl>
    <w:p>
      <w:pPr>
        <w:spacing w:after="80"/>
      </w:pPr>
      <w:r>
        <w:rPr>
          <w:b w:val="0"/>
          <w:color w:val="111111"/>
          <w:sz w:val="22"/>
        </w:rPr>
        <w:t>(List ALL children, including from prior relationships. Omitting a child may be interpreted as unintentional and could be challenged.)</w:t>
      </w:r>
    </w:p>
    <w:p>
      <w:pPr>
        <w:spacing w:after="80"/>
      </w:pPr>
      <w:r>
        <w:rPr>
          <w:b w:val="0"/>
          <w:color w:val="111111"/>
          <w:sz w:val="22"/>
        </w:rPr>
        <w:t>I have [no other children / no children] not listed above. Any reference to "my children" in this Will includes only those persons named in this Article.</w:t>
      </w:r>
    </w:p>
    <w:p/>
    <w:p>
      <w:pPr>
        <w:spacing w:before="220"/>
      </w:pPr>
      <w:r>
        <w:rPr>
          <w:b/>
          <w:color w:val="1C2B4A"/>
          <w:sz w:val="27"/>
        </w:rPr>
        <w:t>Article II — Payment of Debts and Expenses</w:t>
      </w:r>
    </w:p>
    <w:p>
      <w:pPr>
        <w:spacing w:after="80"/>
      </w:pPr>
      <w:r>
        <w:rPr>
          <w:b w:val="0"/>
          <w:color w:val="111111"/>
          <w:sz w:val="22"/>
        </w:rPr>
        <w:t>I direct my Personal Representative to pay all legally enforceable debts, funeral expenses, costs of last illness, and expenses of estate administration from my residuary estate before making distributions.</w:t>
      </w:r>
    </w:p>
    <w:p>
      <w:r>
        <w:rPr>
          <w:b/>
          <w:color w:val="111111"/>
          <w:sz w:val="22"/>
        </w:rPr>
        <w:t>Funeral / Burial Instructions (optional):</w:t>
      </w:r>
    </w:p>
    <w:p>
      <w:pPr>
        <w:ind w:left="216"/>
      </w:pPr>
      <w:r>
        <w:rPr>
          <w:b w:val="0"/>
          <w:color w:val="111111"/>
          <w:sz w:val="22"/>
        </w:rPr>
        <w:t>☐  I wish to be cremated</w:t>
      </w:r>
    </w:p>
    <w:p>
      <w:pPr>
        <w:ind w:left="216"/>
      </w:pPr>
      <w:r>
        <w:rPr>
          <w:b w:val="0"/>
          <w:color w:val="111111"/>
          <w:sz w:val="22"/>
        </w:rPr>
        <w:t>☐  I wish to be buried at [CEMETERY / LOCATION]</w:t>
      </w:r>
    </w:p>
    <w:p>
      <w:pPr>
        <w:ind w:left="216"/>
      </w:pPr>
      <w:r>
        <w:rPr>
          <w:b w:val="0"/>
          <w:color w:val="111111"/>
          <w:sz w:val="22"/>
        </w:rPr>
        <w:t>☐  I have pre-paid funeral arrangements with [FUNERAL HOME]</w:t>
      </w:r>
    </w:p>
    <w:p>
      <w:pPr>
        <w:ind w:left="216"/>
      </w:pPr>
      <w:r>
        <w:rPr>
          <w:b w:val="0"/>
          <w:color w:val="111111"/>
          <w:sz w:val="22"/>
        </w:rPr>
        <w:t>☐  I leave these decisions to my Personal Representative</w:t>
      </w:r>
    </w:p>
    <w:p/>
    <w:p>
      <w:pPr>
        <w:spacing w:before="220"/>
      </w:pPr>
      <w:r>
        <w:rPr>
          <w:b/>
          <w:color w:val="1C2B4A"/>
          <w:sz w:val="27"/>
        </w:rPr>
        <w:t>Article III — Specific Bequests</w:t>
      </w:r>
    </w:p>
    <w:p>
      <w:pPr>
        <w:spacing w:after="80"/>
      </w:pPr>
      <w:r>
        <w:rPr>
          <w:b w:val="0"/>
          <w:color w:val="111111"/>
          <w:sz w:val="22"/>
        </w:rPr>
        <w:t>I make the following specific gifts:</w:t>
      </w:r>
    </w:p>
    <w:p>
      <w:r>
        <w:rPr>
          <w:b/>
          <w:color w:val="111111"/>
          <w:sz w:val="22"/>
        </w:rPr>
        <w:t>3.1 Personal Property:</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Item</w:t>
            </w:r>
          </w:p>
        </w:tc>
        <w:tc>
          <w:tcPr>
            <w:tcW w:type="dxa" w:w="2880"/>
            <w:shd w:val="clear" w:fill="1C2B4A"/>
          </w:tcPr>
          <w:p>
            <w:r>
              <w:rPr>
                <w:b/>
                <w:color w:val="FFFFFF"/>
                <w:sz w:val="20"/>
              </w:rPr>
              <w:t>Beneficiary</w:t>
            </w:r>
          </w:p>
        </w:tc>
        <w:tc>
          <w:tcPr>
            <w:tcW w:type="dxa" w:w="2880"/>
            <w:shd w:val="clear" w:fill="1C2B4A"/>
          </w:tcPr>
          <w:p>
            <w:r>
              <w:rPr>
                <w:b/>
                <w:color w:val="FFFFFF"/>
                <w:sz w:val="20"/>
              </w:rPr>
              <w:t>Relationship</w:t>
            </w:r>
          </w:p>
        </w:tc>
      </w:tr>
      <w:tr>
        <w:tc>
          <w:tcPr>
            <w:tcW w:type="dxa" w:w="2880"/>
          </w:tcPr>
          <w:p>
            <w:r>
              <w:rPr>
                <w:b w:val="0"/>
                <w:color w:val="111111"/>
                <w:sz w:val="20"/>
              </w:rPr>
              <w:t>[DESCRIBE ITEM — e.g., "my diamond engagement ring"]</w:t>
            </w:r>
          </w:p>
        </w:tc>
        <w:tc>
          <w:tcPr>
            <w:tcW w:type="dxa" w:w="2880"/>
          </w:tcPr>
          <w:p>
            <w:r>
              <w:rPr>
                <w:b w:val="0"/>
                <w:color w:val="111111"/>
                <w:sz w:val="20"/>
              </w:rPr>
              <w:t>[BENEFICIARY NAME]</w:t>
            </w:r>
          </w:p>
        </w:tc>
        <w:tc>
          <w:tcPr>
            <w:tcW w:type="dxa" w:w="2880"/>
          </w:tcPr>
          <w:p>
            <w:r>
              <w:rPr>
                <w:b w:val="0"/>
                <w:color w:val="111111"/>
                <w:sz w:val="20"/>
              </w:rPr>
              <w:t>[RELATIONSHIP]</w:t>
            </w:r>
          </w:p>
        </w:tc>
      </w:tr>
      <w:tr>
        <w:tc>
          <w:tcPr>
            <w:tcW w:type="dxa" w:w="2880"/>
          </w:tcPr>
          <w:p>
            <w:r>
              <w:rPr>
                <w:b w:val="0"/>
                <w:color w:val="111111"/>
                <w:sz w:val="20"/>
              </w:rPr>
              <w:t>[DESCRIBE ITEM — e.g., "my 2024 Toyota Camry, VIN ___"]</w:t>
            </w:r>
          </w:p>
        </w:tc>
        <w:tc>
          <w:tcPr>
            <w:tcW w:type="dxa" w:w="2880"/>
          </w:tcPr>
          <w:p>
            <w:r>
              <w:rPr>
                <w:b w:val="0"/>
                <w:color w:val="111111"/>
                <w:sz w:val="20"/>
              </w:rPr>
              <w:t>[BENEFICIARY NAME]</w:t>
            </w:r>
          </w:p>
        </w:tc>
        <w:tc>
          <w:tcPr>
            <w:tcW w:type="dxa" w:w="2880"/>
          </w:tcPr>
          <w:p>
            <w:r>
              <w:rPr>
                <w:b w:val="0"/>
                <w:color w:val="111111"/>
                <w:sz w:val="20"/>
              </w:rPr>
              <w:t>[RELATIONSHIP]</w:t>
            </w:r>
          </w:p>
        </w:tc>
      </w:tr>
      <w:tr>
        <w:tc>
          <w:tcPr>
            <w:tcW w:type="dxa" w:w="2880"/>
          </w:tcPr>
          <w:p>
            <w:r>
              <w:rPr>
                <w:b w:val="0"/>
                <w:color w:val="111111"/>
                <w:sz w:val="20"/>
              </w:rPr>
              <w:t>[DESCRIBE ITEM — e.g., "all contents of my home workshop"]</w:t>
            </w:r>
          </w:p>
        </w:tc>
        <w:tc>
          <w:tcPr>
            <w:tcW w:type="dxa" w:w="2880"/>
          </w:tcPr>
          <w:p>
            <w:r>
              <w:rPr>
                <w:b w:val="0"/>
                <w:color w:val="111111"/>
                <w:sz w:val="20"/>
              </w:rPr>
              <w:t>[BENEFICIARY NAME]</w:t>
            </w:r>
          </w:p>
        </w:tc>
        <w:tc>
          <w:tcPr>
            <w:tcW w:type="dxa" w:w="2880"/>
          </w:tcPr>
          <w:p>
            <w:r>
              <w:rPr>
                <w:b w:val="0"/>
                <w:color w:val="111111"/>
                <w:sz w:val="20"/>
              </w:rPr>
              <w:t>[RELATIONSHIP]</w:t>
            </w:r>
          </w:p>
        </w:tc>
      </w:tr>
    </w:tbl>
    <w:p>
      <w:r>
        <w:rPr>
          <w:b/>
          <w:color w:val="111111"/>
          <w:sz w:val="22"/>
        </w:rPr>
        <w:t>3.2 Cash Gifts:</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Amount</w:t>
            </w:r>
          </w:p>
        </w:tc>
        <w:tc>
          <w:tcPr>
            <w:tcW w:type="dxa" w:w="2880"/>
            <w:shd w:val="clear" w:fill="1C2B4A"/>
          </w:tcPr>
          <w:p>
            <w:r>
              <w:rPr>
                <w:b/>
                <w:color w:val="FFFFFF"/>
                <w:sz w:val="20"/>
              </w:rPr>
              <w:t>Beneficiary</w:t>
            </w:r>
          </w:p>
        </w:tc>
        <w:tc>
          <w:tcPr>
            <w:tcW w:type="dxa" w:w="2880"/>
            <w:shd w:val="clear" w:fill="1C2B4A"/>
          </w:tcPr>
          <w:p>
            <w:r>
              <w:rPr>
                <w:b/>
                <w:color w:val="FFFFFF"/>
                <w:sz w:val="20"/>
              </w:rPr>
              <w:t>Relationship</w:t>
            </w:r>
          </w:p>
        </w:tc>
      </w:tr>
      <w:tr>
        <w:tc>
          <w:tcPr>
            <w:tcW w:type="dxa" w:w="2880"/>
          </w:tcPr>
          <w:p>
            <w:r>
              <w:rPr>
                <w:b w:val="0"/>
                <w:color w:val="111111"/>
                <w:sz w:val="20"/>
              </w:rPr>
              <w:t>$[AMOUNT]</w:t>
            </w:r>
          </w:p>
        </w:tc>
        <w:tc>
          <w:tcPr>
            <w:tcW w:type="dxa" w:w="2880"/>
          </w:tcPr>
          <w:p>
            <w:r>
              <w:rPr>
                <w:b w:val="0"/>
                <w:color w:val="111111"/>
                <w:sz w:val="20"/>
              </w:rPr>
              <w:t>[BENEFICIARY NAME]</w:t>
            </w:r>
          </w:p>
        </w:tc>
        <w:tc>
          <w:tcPr>
            <w:tcW w:type="dxa" w:w="2880"/>
          </w:tcPr>
          <w:p>
            <w:r>
              <w:rPr>
                <w:b w:val="0"/>
                <w:color w:val="111111"/>
                <w:sz w:val="20"/>
              </w:rPr>
              <w:t>[RELATIONSHIP]</w:t>
            </w:r>
          </w:p>
        </w:tc>
      </w:tr>
      <w:tr>
        <w:tc>
          <w:tcPr>
            <w:tcW w:type="dxa" w:w="2880"/>
          </w:tcPr>
          <w:p>
            <w:r>
              <w:rPr>
                <w:b w:val="0"/>
                <w:color w:val="111111"/>
                <w:sz w:val="20"/>
              </w:rPr>
              <w:t>$[AMOUNT]</w:t>
            </w:r>
          </w:p>
        </w:tc>
        <w:tc>
          <w:tcPr>
            <w:tcW w:type="dxa" w:w="2880"/>
          </w:tcPr>
          <w:p>
            <w:r>
              <w:rPr>
                <w:b w:val="0"/>
                <w:color w:val="111111"/>
                <w:sz w:val="20"/>
              </w:rPr>
              <w:t>[BENEFICIARY NAME]</w:t>
            </w:r>
          </w:p>
        </w:tc>
        <w:tc>
          <w:tcPr>
            <w:tcW w:type="dxa" w:w="2880"/>
          </w:tcPr>
          <w:p>
            <w:r>
              <w:rPr>
                <w:b w:val="0"/>
                <w:color w:val="111111"/>
                <w:sz w:val="20"/>
              </w:rPr>
              <w:t>[RELATIONSHIP]</w:t>
            </w:r>
          </w:p>
        </w:tc>
      </w:tr>
    </w:tbl>
    <w:p>
      <w:r>
        <w:rPr>
          <w:b/>
          <w:color w:val="111111"/>
          <w:sz w:val="22"/>
        </w:rPr>
        <w:t>3.3 Charitable Gifts:</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Amount / Property</w:t>
            </w:r>
          </w:p>
        </w:tc>
        <w:tc>
          <w:tcPr>
            <w:tcW w:type="dxa" w:w="2880"/>
            <w:shd w:val="clear" w:fill="1C2B4A"/>
          </w:tcPr>
          <w:p>
            <w:r>
              <w:rPr>
                <w:b/>
                <w:color w:val="FFFFFF"/>
                <w:sz w:val="20"/>
              </w:rPr>
              <w:t>Organization</w:t>
            </w:r>
          </w:p>
        </w:tc>
        <w:tc>
          <w:tcPr>
            <w:tcW w:type="dxa" w:w="2880"/>
            <w:shd w:val="clear" w:fill="1C2B4A"/>
          </w:tcPr>
          <w:p>
            <w:r>
              <w:rPr>
                <w:b/>
                <w:color w:val="FFFFFF"/>
                <w:sz w:val="20"/>
              </w:rPr>
              <w:t>EIN (optional)</w:t>
            </w:r>
          </w:p>
        </w:tc>
      </w:tr>
      <w:tr>
        <w:tc>
          <w:tcPr>
            <w:tcW w:type="dxa" w:w="2880"/>
          </w:tcPr>
          <w:p>
            <w:r>
              <w:rPr>
                <w:b w:val="0"/>
                <w:color w:val="111111"/>
                <w:sz w:val="20"/>
              </w:rPr>
              <w:t>$[AMOUNT] / [__]% of estate</w:t>
            </w:r>
          </w:p>
        </w:tc>
        <w:tc>
          <w:tcPr>
            <w:tcW w:type="dxa" w:w="2880"/>
          </w:tcPr>
          <w:p>
            <w:r>
              <w:rPr>
                <w:b w:val="0"/>
                <w:color w:val="111111"/>
                <w:sz w:val="20"/>
              </w:rPr>
              <w:t>[CHARITY NAME]</w:t>
            </w:r>
          </w:p>
        </w:tc>
        <w:tc>
          <w:tcPr>
            <w:tcW w:type="dxa" w:w="2880"/>
          </w:tcPr>
          <w:p>
            <w:r>
              <w:rPr>
                <w:b w:val="0"/>
                <w:color w:val="111111"/>
                <w:sz w:val="20"/>
              </w:rPr>
              <w:t>[EIN]</w:t>
            </w:r>
          </w:p>
        </w:tc>
      </w:tr>
    </w:tbl>
    <w:p>
      <w:pPr>
        <w:spacing w:after="80"/>
      </w:pPr>
      <w:r>
        <w:rPr>
          <w:b w:val="0"/>
          <w:color w:val="111111"/>
          <w:sz w:val="22"/>
        </w:rPr>
        <w:t>(If a specific beneficiary predeceases me, that gift shall [lapse and fall into the residuary estate / pass to their descendants per stirpes / pass to [ALTERNATE BENEFICIARY]].)</w:t>
      </w:r>
    </w:p>
    <w:p/>
    <w:p>
      <w:pPr>
        <w:spacing w:before="220"/>
      </w:pPr>
      <w:r>
        <w:rPr>
          <w:b/>
          <w:color w:val="1C2B4A"/>
          <w:sz w:val="27"/>
        </w:rPr>
        <w:t>Article IV — Residuary Estate</w:t>
      </w:r>
    </w:p>
    <w:p>
      <w:pPr>
        <w:spacing w:after="80"/>
      </w:pPr>
      <w:r>
        <w:rPr>
          <w:b w:val="0"/>
          <w:color w:val="111111"/>
          <w:sz w:val="22"/>
        </w:rPr>
        <w:t>All the rest, residue, and remainder of my estate — real, personal, and mixed — of whatever kind and wherever situated, not otherwise effectively disposed of by this Will, I give, devise, and bequeath as follows (choose one option):</w:t>
      </w:r>
    </w:p>
    <w:p>
      <w:pPr>
        <w:ind w:left="216"/>
      </w:pPr>
      <w:r>
        <w:rPr>
          <w:b w:val="0"/>
          <w:color w:val="111111"/>
          <w:sz w:val="22"/>
        </w:rPr>
        <w:t>☐  Option A: To one person — To [BENEFICIARY NAME], [RELATIONSHIP], absolutely.</w:t>
      </w:r>
    </w:p>
    <w:p>
      <w:pPr>
        <w:ind w:left="216"/>
      </w:pPr>
      <w:r>
        <w:rPr>
          <w:b w:val="0"/>
          <w:color w:val="111111"/>
          <w:sz w:val="22"/>
        </w:rPr>
        <w:t>☐  Option B: To multiple persons (complete the table below; total must equal 100%)</w:t>
      </w:r>
    </w:p>
    <w:tbl>
      <w:tblPr>
        <w:tblStyle w:val="TableGrid"/>
        <w:tblW w:type="auto" w:w="0"/>
        <w:tblLook w:firstColumn="1" w:firstRow="1" w:lastColumn="0" w:lastRow="0" w:noHBand="0" w:noVBand="1" w:val="04A0"/>
      </w:tblPr>
      <w:tblGrid>
        <w:gridCol w:w="4320"/>
        <w:gridCol w:w="4320"/>
      </w:tblGrid>
      <w:tr>
        <w:tc>
          <w:tcPr>
            <w:tcW w:type="dxa" w:w="4320"/>
            <w:shd w:val="clear" w:fill="1C2B4A"/>
          </w:tcPr>
          <w:p>
            <w:r>
              <w:rPr>
                <w:b/>
                <w:color w:val="FFFFFF"/>
                <w:sz w:val="20"/>
              </w:rPr>
              <w:t>Beneficiary</w:t>
            </w:r>
          </w:p>
        </w:tc>
        <w:tc>
          <w:tcPr>
            <w:tcW w:type="dxa" w:w="4320"/>
            <w:shd w:val="clear" w:fill="1C2B4A"/>
          </w:tcPr>
          <w:p>
            <w:r>
              <w:rPr>
                <w:b/>
                <w:color w:val="FFFFFF"/>
                <w:sz w:val="20"/>
              </w:rPr>
              <w:t>Share</w:t>
            </w:r>
          </w:p>
        </w:tc>
      </w:tr>
      <w:tr>
        <w:tc>
          <w:tcPr>
            <w:tcW w:type="dxa" w:w="4320"/>
          </w:tcPr>
          <w:p>
            <w:r>
              <w:rPr>
                <w:b w:val="0"/>
                <w:color w:val="111111"/>
                <w:sz w:val="20"/>
              </w:rPr>
              <w:t>[NAME 1]</w:t>
            </w:r>
          </w:p>
        </w:tc>
        <w:tc>
          <w:tcPr>
            <w:tcW w:type="dxa" w:w="4320"/>
          </w:tcPr>
          <w:p>
            <w:r>
              <w:rPr>
                <w:b w:val="0"/>
                <w:color w:val="111111"/>
                <w:sz w:val="20"/>
              </w:rPr>
              <w:t>[__]%</w:t>
            </w:r>
          </w:p>
        </w:tc>
      </w:tr>
      <w:tr>
        <w:tc>
          <w:tcPr>
            <w:tcW w:type="dxa" w:w="4320"/>
          </w:tcPr>
          <w:p>
            <w:r>
              <w:rPr>
                <w:b w:val="0"/>
                <w:color w:val="111111"/>
                <w:sz w:val="20"/>
              </w:rPr>
              <w:t>[NAME 2]</w:t>
            </w:r>
          </w:p>
        </w:tc>
        <w:tc>
          <w:tcPr>
            <w:tcW w:type="dxa" w:w="4320"/>
          </w:tcPr>
          <w:p>
            <w:r>
              <w:rPr>
                <w:b w:val="0"/>
                <w:color w:val="111111"/>
                <w:sz w:val="20"/>
              </w:rPr>
              <w:t>[__]%</w:t>
            </w:r>
          </w:p>
        </w:tc>
      </w:tr>
      <w:tr>
        <w:tc>
          <w:tcPr>
            <w:tcW w:type="dxa" w:w="4320"/>
          </w:tcPr>
          <w:p>
            <w:r>
              <w:rPr>
                <w:b w:val="0"/>
                <w:color w:val="111111"/>
                <w:sz w:val="20"/>
              </w:rPr>
              <w:t>[NAME 3]</w:t>
            </w:r>
          </w:p>
        </w:tc>
        <w:tc>
          <w:tcPr>
            <w:tcW w:type="dxa" w:w="4320"/>
          </w:tcPr>
          <w:p>
            <w:r>
              <w:rPr>
                <w:b w:val="0"/>
                <w:color w:val="111111"/>
                <w:sz w:val="20"/>
              </w:rPr>
              <w:t>[__]%</w:t>
            </w:r>
          </w:p>
        </w:tc>
      </w:tr>
    </w:tbl>
    <w:p>
      <w:pPr>
        <w:ind w:left="216"/>
      </w:pPr>
      <w:r>
        <w:rPr>
          <w:b w:val="0"/>
          <w:color w:val="111111"/>
          <w:sz w:val="22"/>
        </w:rPr>
        <w:t>☐  Option C: To spouse, then children — To my spouse [NAME]. If my spouse does not survive me, then in equal shares to my children who survive me, per stirpes.</w:t>
      </w:r>
    </w:p>
    <w:p>
      <w:pPr>
        <w:spacing w:after="80"/>
      </w:pPr>
      <w:r>
        <w:rPr>
          <w:b w:val="0"/>
          <w:color w:val="111111"/>
          <w:sz w:val="22"/>
        </w:rPr>
        <w:t>Alternate Residuary Beneficiary: If none of the above-named residuary beneficiaries survive me, I leave my residuary estate to [ALTERNATE BENEFICIARY / CHARITY].</w:t>
      </w:r>
    </w:p>
    <w:p/>
    <w:p>
      <w:pPr>
        <w:spacing w:before="220"/>
      </w:pPr>
      <w:r>
        <w:rPr>
          <w:b/>
          <w:color w:val="1C2B4A"/>
          <w:sz w:val="27"/>
        </w:rPr>
        <w:t>Article V — Personal Representative (Executor)</w:t>
      </w:r>
    </w:p>
    <w:p>
      <w:pPr>
        <w:spacing w:after="80"/>
      </w:pPr>
      <w:r>
        <w:rPr>
          <w:b w:val="0"/>
          <w:color w:val="111111"/>
          <w:sz w:val="22"/>
        </w:rPr>
        <w:t>I nominate the following person(s) to serve as Personal Representative (Executor) of my estate:</w:t>
      </w:r>
    </w:p>
    <w:p>
      <w:r>
        <w:rPr>
          <w:b/>
          <w:color w:val="111111"/>
          <w:sz w:val="22"/>
        </w:rPr>
        <w:t>Primary Personal Representative:</w:t>
      </w:r>
    </w:p>
    <w:p>
      <w:r>
        <w:rPr>
          <w:b/>
          <w:color w:val="111111"/>
          <w:sz w:val="22"/>
        </w:rPr>
        <w:t xml:space="preserve">Name:  </w:t>
      </w:r>
      <w:r>
        <w:rPr>
          <w:b w:val="0"/>
          <w:color w:val="111111"/>
          <w:sz w:val="22"/>
        </w:rPr>
        <w:t>________________________________________</w:t>
      </w:r>
    </w:p>
    <w:p>
      <w:r>
        <w:rPr>
          <w:b/>
          <w:color w:val="111111"/>
          <w:sz w:val="22"/>
        </w:rPr>
        <w:t xml:space="preserve">Address:  </w:t>
      </w:r>
      <w:r>
        <w:rPr>
          <w:b w:val="0"/>
          <w:color w:val="111111"/>
          <w:sz w:val="22"/>
        </w:rPr>
        <w:t>________________________________________</w:t>
      </w:r>
    </w:p>
    <w:p>
      <w:r>
        <w:rPr>
          <w:b/>
          <w:color w:val="111111"/>
          <w:sz w:val="22"/>
        </w:rPr>
        <w:t xml:space="preserve">Relationship:  </w:t>
      </w:r>
      <w:r>
        <w:rPr>
          <w:b w:val="0"/>
          <w:color w:val="111111"/>
          <w:sz w:val="22"/>
        </w:rPr>
        <w:t>________________________________________</w:t>
      </w:r>
    </w:p>
    <w:p>
      <w:r>
        <w:rPr>
          <w:b/>
          <w:color w:val="111111"/>
          <w:sz w:val="22"/>
        </w:rPr>
        <w:t>Alternate Personal Representative (if primary cannot serve):</w:t>
      </w:r>
    </w:p>
    <w:p>
      <w:r>
        <w:rPr>
          <w:b/>
          <w:color w:val="111111"/>
          <w:sz w:val="22"/>
        </w:rPr>
        <w:t xml:space="preserve">Name:  </w:t>
      </w:r>
      <w:r>
        <w:rPr>
          <w:b w:val="0"/>
          <w:color w:val="111111"/>
          <w:sz w:val="22"/>
        </w:rPr>
        <w:t>________________________________________</w:t>
      </w:r>
    </w:p>
    <w:p>
      <w:r>
        <w:rPr>
          <w:b/>
          <w:color w:val="111111"/>
          <w:sz w:val="22"/>
        </w:rPr>
        <w:t xml:space="preserve">Address:  </w:t>
      </w:r>
      <w:r>
        <w:rPr>
          <w:b w:val="0"/>
          <w:color w:val="111111"/>
          <w:sz w:val="22"/>
        </w:rPr>
        <w:t>________________________________________</w:t>
      </w:r>
    </w:p>
    <w:p>
      <w:r>
        <w:rPr>
          <w:b/>
          <w:color w:val="111111"/>
          <w:sz w:val="22"/>
        </w:rPr>
        <w:t xml:space="preserve">Relationship:  </w:t>
      </w:r>
      <w:r>
        <w:rPr>
          <w:b w:val="0"/>
          <w:color w:val="111111"/>
          <w:sz w:val="22"/>
        </w:rPr>
        <w:t>________________________________________</w:t>
      </w:r>
    </w:p>
    <w:p>
      <w:pPr>
        <w:spacing w:after="80"/>
      </w:pPr>
      <w:r>
        <w:rPr>
          <w:b w:val="0"/>
          <w:color w:val="111111"/>
          <w:sz w:val="22"/>
        </w:rPr>
        <w:t>Powers of Personal Representative: My Personal Representative shall have full power and authority to: (a) Collect, manage, and preserve all estate assets; (b) Pay debts, taxes, and expenses of administration; (c) Sell, lease, or mortgage real or personal property without court approval; (d) Distribute assets in kind or in cash at fair market value; (e) Employ attorneys, accountants, and other professionals; (f) Exercise all powers granted by the laws of [STATE].</w:t>
      </w:r>
    </w:p>
    <w:p>
      <w:pPr>
        <w:spacing w:after="80"/>
      </w:pPr>
      <w:r>
        <w:rPr>
          <w:b w:val="0"/>
          <w:color w:val="111111"/>
          <w:sz w:val="22"/>
        </w:rPr>
        <w:t>Bond: I direct that my Personal Representative shall serve [without bond / with bond in the amount of $[AMOUNT]].</w:t>
      </w:r>
    </w:p>
    <w:p/>
    <w:p>
      <w:pPr>
        <w:spacing w:before="220"/>
      </w:pPr>
      <w:r>
        <w:rPr>
          <w:b/>
          <w:color w:val="1C2B4A"/>
          <w:sz w:val="27"/>
        </w:rPr>
        <w:t>Article VI — Guardian for Minor Children</w:t>
      </w:r>
    </w:p>
    <w:p>
      <w:pPr>
        <w:spacing w:after="80"/>
      </w:pPr>
      <w:r>
        <w:rPr>
          <w:b w:val="0"/>
          <w:color w:val="111111"/>
          <w:sz w:val="22"/>
        </w:rPr>
        <w:t>(Include this Article only if you have children under age 18.) If I die while any of my children are under the age of 18 and the other parent is unable or unwilling to serve as guardian, I nominate:</w:t>
      </w:r>
    </w:p>
    <w:p>
      <w:r>
        <w:rPr>
          <w:b/>
          <w:color w:val="111111"/>
          <w:sz w:val="22"/>
        </w:rPr>
        <w:t>Guardian of the Person (physical custody):</w:t>
      </w:r>
    </w:p>
    <w:p>
      <w:r>
        <w:rPr>
          <w:b/>
          <w:color w:val="111111"/>
          <w:sz w:val="22"/>
        </w:rPr>
        <w:t xml:space="preserve">Primary — [FULL LEGAL NAME], [RELATIONSHIP], of [CITY, STATE]:  </w:t>
      </w:r>
      <w:r>
        <w:rPr>
          <w:b w:val="0"/>
          <w:color w:val="111111"/>
          <w:sz w:val="22"/>
        </w:rPr>
        <w:t>________________________________________</w:t>
      </w:r>
    </w:p>
    <w:p>
      <w:r>
        <w:rPr>
          <w:b/>
          <w:color w:val="111111"/>
          <w:sz w:val="22"/>
        </w:rPr>
        <w:t xml:space="preserve">Alternate — [FULL LEGAL NAME], [RELATIONSHIP], of [CITY, STATE]:  </w:t>
      </w:r>
      <w:r>
        <w:rPr>
          <w:b w:val="0"/>
          <w:color w:val="111111"/>
          <w:sz w:val="22"/>
        </w:rPr>
        <w:t>________________________________________</w:t>
      </w:r>
    </w:p>
    <w:p>
      <w:r>
        <w:rPr>
          <w:b/>
          <w:color w:val="111111"/>
          <w:sz w:val="22"/>
        </w:rPr>
        <w:t>Guardian of the Estate / Conservator (financial management for minors):</w:t>
      </w:r>
    </w:p>
    <w:p>
      <w:r>
        <w:rPr>
          <w:b/>
          <w:color w:val="111111"/>
          <w:sz w:val="22"/>
        </w:rPr>
        <w:t xml:space="preserve">Primary — [FULL LEGAL NAME], [RELATIONSHIP]:  </w:t>
      </w:r>
      <w:r>
        <w:rPr>
          <w:b w:val="0"/>
          <w:color w:val="111111"/>
          <w:sz w:val="22"/>
        </w:rPr>
        <w:t>________________________________________</w:t>
      </w:r>
    </w:p>
    <w:p>
      <w:r>
        <w:rPr>
          <w:b/>
          <w:color w:val="111111"/>
          <w:sz w:val="22"/>
        </w:rPr>
        <w:t xml:space="preserve">Alternate — [FULL LEGAL NAME], [RELATIONSHIP]:  </w:t>
      </w:r>
      <w:r>
        <w:rPr>
          <w:b w:val="0"/>
          <w:color w:val="111111"/>
          <w:sz w:val="22"/>
        </w:rPr>
        <w:t>________________________________________</w:t>
      </w:r>
    </w:p>
    <w:p>
      <w:pPr>
        <w:spacing w:after="80"/>
      </w:pPr>
      <w:r>
        <w:rPr>
          <w:b w:val="0"/>
          <w:color w:val="111111"/>
          <w:sz w:val="22"/>
        </w:rPr>
        <w:t>(These may be the same person or different persons.)</w:t>
      </w:r>
    </w:p>
    <w:p/>
    <w:p>
      <w:pPr>
        <w:spacing w:before="220"/>
      </w:pPr>
      <w:r>
        <w:rPr>
          <w:b/>
          <w:color w:val="1C2B4A"/>
          <w:sz w:val="27"/>
        </w:rPr>
        <w:t>Article VII — Trusts for Minor Beneficiaries</w:t>
      </w:r>
    </w:p>
    <w:p>
      <w:pPr>
        <w:spacing w:after="80"/>
      </w:pPr>
      <w:r>
        <w:rPr>
          <w:b w:val="0"/>
          <w:color w:val="111111"/>
          <w:sz w:val="22"/>
        </w:rPr>
        <w:t>If any beneficiary under this Will is under the age of [18 / 21 / 25] at the time of distribution, their share shall be held in trust by [TRUSTEE NAME] under the following terms: (a) The trustee may use trust funds for the beneficiary's health, education, maintenance, and support; (b) The trustee shall distribute the remaining trust assets to the beneficiary upon reaching age [18 / 21 / 25]; (c) If the beneficiary dies before reaching the distribution age, the trust assets shall pass to [CONTINGENT BENEFICIARY / beneficiary's estate].</w:t>
      </w:r>
    </w:p>
    <w:p/>
    <w:p>
      <w:pPr>
        <w:spacing w:before="220"/>
      </w:pPr>
      <w:r>
        <w:rPr>
          <w:b/>
          <w:color w:val="1C2B4A"/>
          <w:sz w:val="27"/>
        </w:rPr>
        <w:t>Article VIII — No-Contest Clause (Optional)</w:t>
      </w:r>
    </w:p>
    <w:p>
      <w:pPr>
        <w:spacing w:after="80"/>
      </w:pPr>
      <w:r>
        <w:rPr>
          <w:b w:val="0"/>
          <w:color w:val="111111"/>
          <w:sz w:val="22"/>
        </w:rPr>
        <w:t>If any beneficiary under this Will contests or challenges the validity of this Will or any of its provisions, that beneficiary's share shall be reduced to $[1 / NOMINAL AMOUNT] and the remainder distributed among the non-contesting beneficiaries.</w:t>
      </w:r>
    </w:p>
    <w:p/>
    <w:p>
      <w:pPr>
        <w:spacing w:before="220"/>
      </w:pPr>
      <w:r>
        <w:rPr>
          <w:b/>
          <w:color w:val="1C2B4A"/>
          <w:sz w:val="27"/>
        </w:rPr>
        <w:t>Article IX — General Provisions</w:t>
      </w:r>
    </w:p>
    <w:p>
      <w:pPr>
        <w:spacing w:after="80"/>
      </w:pPr>
      <w:r>
        <w:rPr>
          <w:b w:val="0"/>
          <w:color w:val="111111"/>
          <w:sz w:val="22"/>
        </w:rPr>
        <w:t>(a) Survivorship. A beneficiary must survive me by at least [30 / 60] days to inherit under this Will.</w:t>
      </w:r>
    </w:p>
    <w:p>
      <w:pPr>
        <w:spacing w:after="80"/>
      </w:pPr>
      <w:r>
        <w:rPr>
          <w:b w:val="0"/>
          <w:color w:val="111111"/>
          <w:sz w:val="22"/>
        </w:rPr>
        <w:t>(b) Per Stirpes. Unless otherwise stated, distributions to my descendants shall be made per stirpes (by representation).</w:t>
      </w:r>
    </w:p>
    <w:p>
      <w:pPr>
        <w:spacing w:after="80"/>
      </w:pPr>
      <w:r>
        <w:rPr>
          <w:b w:val="0"/>
          <w:color w:val="111111"/>
          <w:sz w:val="22"/>
        </w:rPr>
        <w:t>(c) Definition of "Survive." For purposes of this Will, if the order of death cannot be determined, each beneficiary shall be deemed to have predeceased me.</w:t>
      </w:r>
    </w:p>
    <w:p>
      <w:pPr>
        <w:spacing w:after="80"/>
      </w:pPr>
      <w:r>
        <w:rPr>
          <w:b w:val="0"/>
          <w:color w:val="111111"/>
          <w:sz w:val="22"/>
        </w:rPr>
        <w:t>(d) Taxes. All estate, inheritance, and death taxes shall be paid from the residuary estate [before / after] distribution.</w:t>
      </w:r>
    </w:p>
    <w:p>
      <w:pPr>
        <w:spacing w:after="80"/>
      </w:pPr>
      <w:r>
        <w:rPr>
          <w:b w:val="0"/>
          <w:color w:val="111111"/>
          <w:sz w:val="22"/>
        </w:rPr>
        <w:t>(e) Governing Law. This Will shall be governed by the laws of the State of [STATE].</w:t>
      </w:r>
    </w:p>
    <w:p/>
    <w:p>
      <w:pPr>
        <w:spacing w:before="220"/>
      </w:pPr>
      <w:r>
        <w:rPr>
          <w:b/>
          <w:color w:val="1C2B4A"/>
          <w:sz w:val="27"/>
        </w:rPr>
        <w:t>Execution</w:t>
      </w:r>
    </w:p>
    <w:p>
      <w:pPr>
        <w:spacing w:after="80"/>
      </w:pPr>
      <w:r>
        <w:rPr>
          <w:b w:val="0"/>
          <w:color w:val="111111"/>
          <w:sz w:val="22"/>
        </w:rPr>
        <w:t>IN WITNESS WHEREOF, I sign this Will on [DATE], at [CITY], [STATE], declaring it to be my Last Will and Testament, signed willingly, and in the presence of the undersigned witnesses.</w:t>
      </w:r>
    </w:p>
    <w:p>
      <w:r>
        <w:rPr>
          <w:b/>
          <w:color w:val="111111"/>
          <w:sz w:val="22"/>
        </w:rPr>
        <w:t>Testator:</w:t>
      </w:r>
    </w:p>
    <w:p>
      <w:r>
        <w:rPr>
          <w:b/>
          <w:color w:val="111111"/>
          <w:sz w:val="22"/>
        </w:rPr>
        <w:t xml:space="preserve">Signature:  </w:t>
      </w:r>
      <w:r>
        <w:rPr>
          <w:b w:val="0"/>
          <w:color w:val="111111"/>
          <w:sz w:val="22"/>
        </w:rPr>
        <w:t>________________________________________</w:t>
      </w:r>
    </w:p>
    <w:p>
      <w:r>
        <w:rPr>
          <w:b/>
          <w:color w:val="111111"/>
          <w:sz w:val="22"/>
        </w:rPr>
        <w:t xml:space="preserve">Printed Name — [FULL LEGAL NAME]:  </w:t>
      </w:r>
      <w:r>
        <w:rPr>
          <w:b w:val="0"/>
          <w:color w:val="111111"/>
          <w:sz w:val="22"/>
        </w:rPr>
        <w:t>________________________________________</w:t>
      </w:r>
    </w:p>
    <w:p>
      <w:r>
        <w:rPr>
          <w:b/>
          <w:color w:val="111111"/>
          <w:sz w:val="22"/>
        </w:rPr>
        <w:t xml:space="preserve">Date:  </w:t>
      </w:r>
      <w:r>
        <w:rPr>
          <w:b w:val="0"/>
          <w:color w:val="111111"/>
          <w:sz w:val="22"/>
        </w:rPr>
        <w:t>________________________________________</w:t>
      </w:r>
    </w:p>
    <w:p/>
    <w:p>
      <w:pPr>
        <w:spacing w:before="220"/>
      </w:pPr>
      <w:r>
        <w:rPr>
          <w:b/>
          <w:color w:val="1C2B4A"/>
          <w:sz w:val="27"/>
        </w:rPr>
        <w:t>Witness Attestation</w:t>
      </w:r>
    </w:p>
    <w:p>
      <w:pPr>
        <w:spacing w:after="80"/>
      </w:pPr>
      <w:r>
        <w:rPr>
          <w:b w:val="0"/>
          <w:color w:val="111111"/>
          <w:sz w:val="22"/>
        </w:rPr>
        <w:t>We, the undersigned witnesses, each being of legal age, declare that the person who signed this Will (or asked another to sign on their behalf) did so in our presence, and that we believe this person to be of sound mind. We sign this Will as witnesses in the presence of the Testator and in the presence of each other.</w:t>
      </w:r>
    </w:p>
    <w:p>
      <w:r>
        <w:rPr>
          <w:b/>
          <w:color w:val="111111"/>
          <w:sz w:val="22"/>
        </w:rPr>
        <w:t>Witness 1:</w:t>
      </w:r>
    </w:p>
    <w:p>
      <w:r>
        <w:rPr>
          <w:b/>
          <w:color w:val="111111"/>
          <w:sz w:val="22"/>
        </w:rPr>
        <w:t xml:space="preserve">Signature:  </w:t>
      </w:r>
      <w:r>
        <w:rPr>
          <w:b w:val="0"/>
          <w:color w:val="111111"/>
          <w:sz w:val="22"/>
        </w:rPr>
        <w:t>________________________________________</w:t>
      </w:r>
    </w:p>
    <w:p>
      <w:r>
        <w:rPr>
          <w:b/>
          <w:color w:val="111111"/>
          <w:sz w:val="22"/>
        </w:rPr>
        <w:t xml:space="preserve">Printed Name:  </w:t>
      </w:r>
      <w:r>
        <w:rPr>
          <w:b w:val="0"/>
          <w:color w:val="111111"/>
          <w:sz w:val="22"/>
        </w:rPr>
        <w:t>________________________________________</w:t>
      </w:r>
    </w:p>
    <w:p>
      <w:r>
        <w:rPr>
          <w:b/>
          <w:color w:val="111111"/>
          <w:sz w:val="22"/>
        </w:rPr>
        <w:t xml:space="preserve">Address (city, state, ZIP):  </w:t>
      </w:r>
      <w:r>
        <w:rPr>
          <w:b w:val="0"/>
          <w:color w:val="111111"/>
          <w:sz w:val="22"/>
        </w:rPr>
        <w:t>________________________________________</w:t>
      </w:r>
    </w:p>
    <w:p>
      <w:r>
        <w:rPr>
          <w:b/>
          <w:color w:val="111111"/>
          <w:sz w:val="22"/>
        </w:rPr>
        <w:t xml:space="preserve">Date:  </w:t>
      </w:r>
      <w:r>
        <w:rPr>
          <w:b w:val="0"/>
          <w:color w:val="111111"/>
          <w:sz w:val="22"/>
        </w:rPr>
        <w:t>________________________________________</w:t>
      </w:r>
    </w:p>
    <w:p>
      <w:r>
        <w:rPr>
          <w:b/>
          <w:color w:val="111111"/>
          <w:sz w:val="22"/>
        </w:rPr>
        <w:t>Witness 2:</w:t>
      </w:r>
    </w:p>
    <w:p>
      <w:r>
        <w:rPr>
          <w:b/>
          <w:color w:val="111111"/>
          <w:sz w:val="22"/>
        </w:rPr>
        <w:t xml:space="preserve">Signature:  </w:t>
      </w:r>
      <w:r>
        <w:rPr>
          <w:b w:val="0"/>
          <w:color w:val="111111"/>
          <w:sz w:val="22"/>
        </w:rPr>
        <w:t>________________________________________</w:t>
      </w:r>
    </w:p>
    <w:p>
      <w:r>
        <w:rPr>
          <w:b/>
          <w:color w:val="111111"/>
          <w:sz w:val="22"/>
        </w:rPr>
        <w:t xml:space="preserve">Printed Name:  </w:t>
      </w:r>
      <w:r>
        <w:rPr>
          <w:b w:val="0"/>
          <w:color w:val="111111"/>
          <w:sz w:val="22"/>
        </w:rPr>
        <w:t>________________________________________</w:t>
      </w:r>
    </w:p>
    <w:p>
      <w:r>
        <w:rPr>
          <w:b/>
          <w:color w:val="111111"/>
          <w:sz w:val="22"/>
        </w:rPr>
        <w:t xml:space="preserve">Address (city, state, ZIP):  </w:t>
      </w:r>
      <w:r>
        <w:rPr>
          <w:b w:val="0"/>
          <w:color w:val="111111"/>
          <w:sz w:val="22"/>
        </w:rPr>
        <w:t>________________________________________</w:t>
      </w:r>
    </w:p>
    <w:p>
      <w:r>
        <w:rPr>
          <w:b/>
          <w:color w:val="111111"/>
          <w:sz w:val="22"/>
        </w:rPr>
        <w:t xml:space="preserve">Date:  </w:t>
      </w:r>
      <w:r>
        <w:rPr>
          <w:b w:val="0"/>
          <w:color w:val="111111"/>
          <w:sz w:val="22"/>
        </w:rPr>
        <w:t>________________________________________</w:t>
      </w:r>
    </w:p>
    <w:p/>
    <w:p>
      <w:pPr>
        <w:spacing w:before="220"/>
      </w:pPr>
      <w:r>
        <w:rPr>
          <w:b/>
          <w:color w:val="1C2B4A"/>
          <w:sz w:val="27"/>
        </w:rPr>
        <w:t>Self-Proving Affidavit (Recommended — Simplifies Probate)</w:t>
      </w:r>
    </w:p>
    <w:p>
      <w:pPr>
        <w:spacing w:after="80"/>
      </w:pPr>
      <w:r>
        <w:rPr>
          <w:b w:val="0"/>
          <w:color w:val="111111"/>
          <w:sz w:val="22"/>
        </w:rPr>
        <w:t>(Most states accept a self-proving affidavit, which eliminates the need to locate witnesses during probate. This must be notarized. California does not use notarized self-proving affidavits; a signed attestation clause covers later proof there.)</w:t>
      </w:r>
    </w:p>
    <w:p>
      <w:r>
        <w:rPr>
          <w:b/>
          <w:color w:val="111111"/>
          <w:sz w:val="22"/>
        </w:rPr>
        <w:t xml:space="preserve">State of / County of:  </w:t>
      </w:r>
      <w:r>
        <w:rPr>
          <w:b w:val="0"/>
          <w:color w:val="111111"/>
          <w:sz w:val="22"/>
        </w:rPr>
        <w:t>________________________________________</w:t>
      </w:r>
    </w:p>
    <w:p>
      <w:pPr>
        <w:spacing w:after="80"/>
      </w:pPr>
      <w:r>
        <w:rPr>
          <w:b w:val="0"/>
          <w:color w:val="111111"/>
          <w:sz w:val="22"/>
        </w:rPr>
        <w:t>Before me, a Notary Public, personally appeared [TESTATOR NAME], [WITNESS 1 NAME], and [WITNESS 2 NAME], who being duly sworn, state: The Testator signed this instrument as their Last Will, voluntarily, and in the presence of both witnesses. Each witness signed in the presence of the Testator and each other. The Testator appeared to be of sound mind and under no constraint or undue influence.</w:t>
      </w:r>
    </w:p>
    <w:p>
      <w:r>
        <w:rPr>
          <w:b/>
          <w:color w:val="111111"/>
          <w:sz w:val="22"/>
        </w:rPr>
        <w:t xml:space="preserve">Testator Signature:  </w:t>
      </w:r>
      <w:r>
        <w:rPr>
          <w:b w:val="0"/>
          <w:color w:val="111111"/>
          <w:sz w:val="22"/>
        </w:rPr>
        <w:t>________________________________________</w:t>
      </w:r>
    </w:p>
    <w:p>
      <w:r>
        <w:rPr>
          <w:b/>
          <w:color w:val="111111"/>
          <w:sz w:val="22"/>
        </w:rPr>
        <w:t xml:space="preserve">Witness 1 Signature:  </w:t>
      </w:r>
      <w:r>
        <w:rPr>
          <w:b w:val="0"/>
          <w:color w:val="111111"/>
          <w:sz w:val="22"/>
        </w:rPr>
        <w:t>________________________________________</w:t>
      </w:r>
    </w:p>
    <w:p>
      <w:r>
        <w:rPr>
          <w:b/>
          <w:color w:val="111111"/>
          <w:sz w:val="22"/>
        </w:rPr>
        <w:t xml:space="preserve">Witness 2 Signature:  </w:t>
      </w:r>
      <w:r>
        <w:rPr>
          <w:b w:val="0"/>
          <w:color w:val="111111"/>
          <w:sz w:val="22"/>
        </w:rPr>
        <w:t>________________________________________</w:t>
      </w:r>
    </w:p>
    <w:p>
      <w:r>
        <w:rPr>
          <w:b/>
          <w:color w:val="111111"/>
          <w:sz w:val="22"/>
        </w:rPr>
        <w:t xml:space="preserve">Subscribed and sworn to before me on (date):  </w:t>
      </w:r>
      <w:r>
        <w:rPr>
          <w:b w:val="0"/>
          <w:color w:val="111111"/>
          <w:sz w:val="22"/>
        </w:rPr>
        <w:t>________________________________________</w:t>
      </w:r>
    </w:p>
    <w:p>
      <w:r>
        <w:rPr>
          <w:b/>
          <w:color w:val="111111"/>
          <w:sz w:val="22"/>
        </w:rPr>
        <w:t xml:space="preserve">Notary Public / My Commission Expires:  </w:t>
      </w:r>
      <w:r>
        <w:rPr>
          <w:b w:val="0"/>
          <w:color w:val="111111"/>
          <w:sz w:val="22"/>
        </w:rPr>
        <w:t>________________________________________</w:t>
      </w:r>
    </w:p>
    <w:p>
      <w:pPr>
        <w:spacing w:after="80"/>
      </w:pPr>
      <w:r>
        <w:rPr>
          <w:b w:val="0"/>
          <w:color w:val="111111"/>
          <w:sz w:val="22"/>
        </w:rPr>
        <w:t>[SEAL]</w:t>
      </w:r>
    </w:p>
    <w:p/>
    <w:p>
      <w:pPr>
        <w:spacing w:after="80"/>
      </w:pPr>
      <w:r>
        <w:rPr>
          <w:b w:val="0"/>
          <w:color w:val="111111"/>
          <w:sz w:val="22"/>
        </w:rPr>
        <w:t>© 2026 ClearLegalTips.com — Informational only, not legal advice. Will requirements vary significantly by state, including witness requirements, self-proving affidavit procedures, and community property rules. Holographic (handwritten) wills are valid in some states but not others. For estates involving substantial assets, blended families, business interests, or complex tax situations, consult a licensed estate planning attorney.</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How to use this template: (1) Replace every bracketed field with your details and delete any Article you do not need. (2) Use full legal names and name a living alternate for every role. (3) Sign in one sitting with two disinterested adult witnesses who inherit nothing — everyone present in the same room. (4) Where your state uses one, complete the self-proving affidavit before a notary (California relies on the signed attestation clause instead). (5) Update your beneficiary forms for 401(k)s, IRAs, life insurance, and POD accounts the same day — those pass outside your will. (6) Store the signed original somewhere safe and tell your executor where it lives.</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