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Small-Claims Eviction Prep Worksheet</w:t>
      </w:r>
    </w:p>
    <w:p>
      <w:r>
        <w:rPr>
          <w:b/>
          <w:color w:val="111111"/>
          <w:sz w:val="22"/>
        </w:rPr>
        <w:t>Fillable Prep Worksheet — ClearLegalTips.com (2026)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Gather this information before you start the online process so you can finish in one sitting. Fill the blanks; tick boxes as you complete each item.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Parties &amp; Property</w:t>
      </w:r>
    </w:p>
    <w:p>
      <w:r>
        <w:rPr>
          <w:b/>
          <w:color w:val="111111"/>
          <w:sz w:val="22"/>
        </w:rPr>
        <w:t xml:space="preserve">Landlord name: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Tenant name(s):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Rental property address: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Basis</w:t>
      </w:r>
    </w:p>
    <w:p>
      <w:r>
        <w:rPr>
          <w:b/>
          <w:color w:val="111111"/>
          <w:sz w:val="22"/>
        </w:rPr>
        <w:t xml:space="preserve">Reason (nonpayment / violation / holdover):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Notice served date: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Amount owed:  </w:t>
      </w:r>
      <w:r>
        <w:rPr>
          <w:b w:val="0"/>
          <w:color w:val="111111"/>
          <w:sz w:val="22"/>
        </w:rPr>
        <w:t>________________________________________</w:t>
      </w:r>
    </w:p>
    <w:p>
      <w:pPr>
        <w:ind w:left="216"/>
      </w:pPr>
      <w:r>
        <w:rPr>
          <w:b w:val="0"/>
          <w:color w:val="111111"/>
          <w:sz w:val="22"/>
        </w:rPr>
        <w:t>☐  Required notice period has expired</w:t>
      </w:r>
    </w:p>
    <w:p>
      <w:pPr>
        <w:spacing w:before="220"/>
      </w:pPr>
      <w:r>
        <w:rPr>
          <w:b/>
          <w:color w:val="1C2B4A"/>
          <w:sz w:val="27"/>
        </w:rPr>
        <w:t>Court</w:t>
      </w:r>
    </w:p>
    <w:p>
      <w:r>
        <w:rPr>
          <w:b/>
          <w:color w:val="111111"/>
          <w:sz w:val="22"/>
        </w:rPr>
        <w:t xml:space="preserve">County / court: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Filing fee: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Notes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/>
    <w:p>
      <w:pPr>
        <w:spacing w:after="80"/>
      </w:pPr>
      <w:r>
        <w:rPr>
          <w:b w:val="0"/>
          <w:color w:val="111111"/>
          <w:sz w:val="22"/>
        </w:rPr>
        <w:t>This resource is provided by ClearLegalTips.com for general informational purposes only and does not constitute legal advice. Laws vary by state and change over time. Consult a licensed attorney for advice specific to your situation.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