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CEASE AND DESIST LETTER</w:t>
      </w:r>
    </w:p>
    <w:p>
      <w:pPr>
        <w:spacing w:after="200"/>
        <w:pBdr>
          <w:bottom w:val="single" w:sz="12" w:space="2" w:color="C9A23A"/>
        </w:pBdr>
      </w:pPr>
      <w:r>
        <w:rPr>
          <w:b/>
          <w:color w:val="1C2B4A"/>
          <w:sz w:val="26"/>
        </w:rPr>
        <w:t>Free Fillable Legal Template — ClearLegalTips.com (2026)</w:t>
      </w:r>
    </w:p>
    <w:p>
      <w:r>
        <w:rPr>
          <w:b/>
          <w:color w:val="1C2B4A"/>
          <w:sz w:val="27"/>
        </w:rPr>
        <w:t>CEASE AND DESIST LETTER</w:t>
      </w:r>
    </w:p>
    <w:p>
      <w:pPr>
        <w:spacing w:after="80"/>
      </w:pPr>
      <w:r>
        <w:rPr>
          <w:b w:val="0"/>
          <w:color w:val="111111"/>
          <w:sz w:val="22"/>
        </w:rPr>
        <w:t>[DATE]</w:t>
      </w:r>
    </w:p>
    <w:p>
      <w:r>
        <w:rPr>
          <w:b/>
          <w:color w:val="111111"/>
          <w:sz w:val="22"/>
        </w:rPr>
        <w:t xml:space="preserve">Your name / address:  </w:t>
      </w:r>
      <w:r>
        <w:rPr>
          <w:b w:val="0"/>
          <w:color w:val="111111"/>
          <w:sz w:val="22"/>
        </w:rPr>
        <w:t>________________________________________</w:t>
      </w:r>
    </w:p>
    <w:p>
      <w:r>
        <w:rPr>
          <w:b/>
          <w:color w:val="111111"/>
          <w:sz w:val="22"/>
        </w:rPr>
        <w:t xml:space="preserve">Recipient name / address:  </w:t>
      </w:r>
      <w:r>
        <w:rPr>
          <w:b w:val="0"/>
          <w:color w:val="111111"/>
          <w:sz w:val="22"/>
        </w:rPr>
        <w:t>________________________________________</w:t>
      </w:r>
    </w:p>
    <w:p>
      <w:pPr>
        <w:spacing w:after="80"/>
      </w:pPr>
      <w:r>
        <w:rPr>
          <w:b w:val="0"/>
          <w:color w:val="111111"/>
          <w:sz w:val="22"/>
        </w:rPr>
        <w:t>RE: Demand to Cease and Desist [describe activity, e.g., "Unauthorized Use of Trademark"]</w:t>
      </w:r>
    </w:p>
    <w:p>
      <w:pPr>
        <w:spacing w:before="220"/>
      </w:pPr>
      <w:r>
        <w:rPr>
          <w:b/>
          <w:color w:val="1C2B4A"/>
          <w:sz w:val="27"/>
        </w:rPr>
        <w:t>1. The Conduct</w:t>
      </w:r>
    </w:p>
    <w:p>
      <w:r>
        <w:rPr>
          <w:b/>
          <w:color w:val="111111"/>
          <w:sz w:val="22"/>
        </w:rPr>
        <w:t xml:space="preserve">Describe exactly what the recipient is doing (with dates/specifics):  </w:t>
      </w:r>
      <w:r>
        <w:rPr>
          <w:b w:val="0"/>
          <w:color w:val="111111"/>
          <w:sz w:val="22"/>
        </w:rPr>
        <w:t>________________________________________</w:t>
      </w:r>
    </w:p>
    <w:p>
      <w:pPr>
        <w:spacing w:before="220"/>
      </w:pPr>
      <w:r>
        <w:rPr>
          <w:b/>
          <w:color w:val="1C2B4A"/>
          <w:sz w:val="27"/>
        </w:rPr>
        <w:t>2. Your Legal Right</w:t>
      </w:r>
    </w:p>
    <w:p>
      <w:r>
        <w:rPr>
          <w:b/>
          <w:color w:val="111111"/>
          <w:sz w:val="22"/>
        </w:rPr>
        <w:t xml:space="preserve">State the right being violated (trademark, contract, copyright, FDCPA, etc.):  </w:t>
      </w:r>
      <w:r>
        <w:rPr>
          <w:b w:val="0"/>
          <w:color w:val="111111"/>
          <w:sz w:val="22"/>
        </w:rPr>
        <w:t>________________________________________</w:t>
      </w:r>
    </w:p>
    <w:p>
      <w:pPr>
        <w:spacing w:before="220"/>
      </w:pPr>
      <w:r>
        <w:rPr>
          <w:b/>
          <w:color w:val="1C2B4A"/>
          <w:sz w:val="27"/>
        </w:rPr>
        <w:t>3. Demand</w:t>
      </w:r>
    </w:p>
    <w:p>
      <w:pPr>
        <w:spacing w:after="80"/>
      </w:pPr>
      <w:r>
        <w:rPr>
          <w:b w:val="0"/>
          <w:color w:val="111111"/>
          <w:sz w:val="22"/>
        </w:rPr>
        <w:t>I demand that you immediately CEASE and DESIST from the conduct described above and refrain from resuming it.</w:t>
      </w:r>
    </w:p>
    <w:p>
      <w:r>
        <w:rPr>
          <w:b/>
          <w:color w:val="111111"/>
          <w:sz w:val="22"/>
        </w:rPr>
        <w:t xml:space="preserve">Specific actions the recipient must stop:  </w:t>
      </w:r>
      <w:r>
        <w:rPr>
          <w:b w:val="0"/>
          <w:color w:val="111111"/>
          <w:sz w:val="22"/>
        </w:rPr>
        <w:t>________________________________________</w:t>
      </w:r>
    </w:p>
    <w:p>
      <w:pPr>
        <w:spacing w:before="220"/>
      </w:pPr>
      <w:r>
        <w:rPr>
          <w:b/>
          <w:color w:val="1C2B4A"/>
          <w:sz w:val="27"/>
        </w:rPr>
        <w:t>4. Deadline</w:t>
      </w:r>
    </w:p>
    <w:p>
      <w:r>
        <w:rPr>
          <w:b/>
          <w:color w:val="111111"/>
          <w:sz w:val="22"/>
        </w:rPr>
        <w:t xml:space="preserve">Date by which you must comply (e.g., 10-14 days):  </w:t>
      </w:r>
      <w:r>
        <w:rPr>
          <w:b w:val="0"/>
          <w:color w:val="111111"/>
          <w:sz w:val="22"/>
        </w:rPr>
        <w:t>________________________________________</w:t>
      </w:r>
    </w:p>
    <w:p>
      <w:pPr>
        <w:spacing w:before="220"/>
      </w:pPr>
      <w:r>
        <w:rPr>
          <w:b/>
          <w:color w:val="1C2B4A"/>
          <w:sz w:val="27"/>
        </w:rPr>
        <w:t>5. Consequences</w:t>
      </w:r>
    </w:p>
    <w:p>
      <w:pPr>
        <w:spacing w:after="80"/>
      </w:pPr>
      <w:r>
        <w:rPr>
          <w:b w:val="0"/>
          <w:color w:val="111111"/>
          <w:sz w:val="22"/>
        </w:rPr>
        <w:t>If you do not comply by the deadline, I reserve the right to pursue all available legal remedies, including a lawsuit seeking damages and an injunction, without further notice.</w:t>
      </w:r>
    </w:p>
    <w:p>
      <w:pPr>
        <w:spacing w:before="220"/>
      </w:pPr>
      <w:r>
        <w:rPr>
          <w:b/>
          <w:color w:val="1C2B4A"/>
          <w:sz w:val="27"/>
        </w:rPr>
        <w:t>6. Written Confirmation</w:t>
      </w:r>
    </w:p>
    <w:p>
      <w:pPr>
        <w:spacing w:after="80"/>
      </w:pPr>
      <w:r>
        <w:rPr>
          <w:b w:val="0"/>
          <w:color w:val="111111"/>
          <w:sz w:val="22"/>
        </w:rPr>
        <w:t>Please confirm in writing that you have stopped the conduct.</w:t>
      </w:r>
    </w:p>
    <w:p>
      <w:r>
        <w:rPr>
          <w:b/>
          <w:color w:val="111111"/>
          <w:sz w:val="22"/>
        </w:rPr>
        <w:t xml:space="preserve">Your signature / date:  </w:t>
      </w:r>
      <w:r>
        <w:rPr>
          <w:b w:val="0"/>
          <w:color w:val="111111"/>
          <w:sz w:val="22"/>
        </w:rPr>
        <w:t>________________________________________</w:t>
      </w:r>
    </w:p>
    <w:p>
      <w:pPr>
        <w:spacing w:after="80"/>
      </w:pPr>
      <w:r>
        <w:rPr>
          <w:b w:val="0"/>
          <w:color w:val="111111"/>
          <w:sz w:val="22"/>
        </w:rPr>
        <w:t>(Send by certified mail, return receipt requested. Keep copies of the letter and the mail receipts.)</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